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Default Extension="odttf" ContentType="application/vnd.openxmlformats-officedocument.obfuscatedFont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anchor xmlns:a="http://schemas.openxmlformats.org/drawingml/2006/main" distT="0" distB="0" distL="0" distR="0" simplePos="0" relativeHeight="1" behindDoc="0" locked="0" layoutInCell="1" allowOverlap="1">
            <wp:simplePos x="0" y="0"/>
            <wp:positionH relativeFrom="page">
              <wp:posOffset>3300730</wp:posOffset>
            </wp:positionH>
            <wp:positionV relativeFrom="page">
              <wp:posOffset>708025</wp:posOffset>
            </wp:positionV>
            <wp:extent cx="4471670" cy="381000"/>
            <wp:effectExtent l="0" t="0" r="0" b="0"/>
            <wp:wrapNone/>
            <wp:docPr id="1" name="Text 1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7167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382" w:lineRule="exact"/>
                        </w:pPr>
                        <w:r>
                          <w:rPr>
                            <w:rFonts w:ascii="Sample AvenirNext Bold" w:hAnsi="Sample AvenirNext Bold" w:cs="Sample AvenirNext Bold" w:eastAsia="Sample AvenirNext Bold"/>
                            <w:sz w:val="28"/>
                          </w:rPr>
                          <w:t xml:space="preserve">ELI WALLACE </w:t>
                        </w:r>
                      </w:p>
                    </w:txbxContent>
                  </wps:txbx>
                  <wps:bodyPr rot="0" spcFirstLastPara="0" vertOverflow="overflow" horzOverflow="overflow" vert="horz" wrap="none" lIns="0" tIns="0" rIns="0" bIns="0" anchor="t" anchorCtr="0">
                    <a:noAutofit/>
                  </wps:bodyPr>
                </wps:wsp>
              </a:graphicData>
            </a:graphic>
          </wp:anchor>
        </w:drawing>
      </w:r>
      <w:r>
        <w:drawing>
          <wp:anchor xmlns:a="http://schemas.openxmlformats.org/drawingml/2006/main" distT="0" distB="0" distL="0" distR="0" simplePos="0" relativeHeight="2" behindDoc="0" locked="0" layoutInCell="1" allowOverlap="1">
            <wp:simplePos x="0" y="0"/>
            <wp:positionH relativeFrom="page">
              <wp:posOffset>1032510</wp:posOffset>
            </wp:positionH>
            <wp:positionV relativeFrom="page">
              <wp:posOffset>1027430</wp:posOffset>
            </wp:positionV>
            <wp:extent cx="6739890" cy="381000"/>
            <wp:effectExtent l="0" t="0" r="0" b="0"/>
            <wp:wrapNone/>
            <wp:docPr id="2" name="Text 2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73989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328" w:lineRule="exact"/>
                        </w:pPr>
                        <w:r>
                          <w:rPr>
                            <w:rFonts w:ascii="Sample AvenirNext Regular" w:hAnsi="Sample AvenirNext Regular" w:cs="Sample AvenirNext Regular" w:eastAsia="Sample AvenirNext Regular"/>
                            <w:sz w:val="24"/>
                            <w:spacing w:val="-1"/>
                          </w:rPr>
                          <w:t xml:space="preserve">123 Example Ave, Astoria, NY 11103 </w:t>
                        </w:r>
                      </w:p>
                    </w:txbxContent>
                  </wps:txbx>
                  <wps:bodyPr rot="0" spcFirstLastPara="0" vertOverflow="overflow" horzOverflow="overflow" vert="horz" wrap="none" lIns="0" tIns="0" rIns="0" bIns="0" anchor="t" anchorCtr="0">
                    <a:noAutofit/>
                  </wps:bodyPr>
                </wps:wsp>
              </a:graphicData>
            </a:graphic>
          </wp:anchor>
        </w:drawing>
      </w:r>
      <w:r>
        <w:drawing>
          <wp:anchor xmlns:a="http://schemas.openxmlformats.org/drawingml/2006/main" distT="0" distB="0" distL="0" distR="0" simplePos="0" relativeHeight="3" behindDoc="0" locked="0" layoutInCell="1" allowOverlap="1">
            <wp:simplePos x="0" y="0"/>
            <wp:positionH relativeFrom="page">
              <wp:posOffset>3890010</wp:posOffset>
            </wp:positionH>
            <wp:positionV relativeFrom="page">
              <wp:posOffset>1027430</wp:posOffset>
            </wp:positionV>
            <wp:extent cx="3882390" cy="381000"/>
            <wp:effectExtent l="0" t="0" r="0" b="0"/>
            <wp:wrapNone/>
            <wp:docPr id="3" name="Text 3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239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328" w:lineRule="exact"/>
                        </w:pPr>
                        <w:r>
                          <w:rPr>
                            <w:rFonts w:ascii="Sample AvenirNext Regular" w:hAnsi="Sample AvenirNext Regular" w:cs="Sample AvenirNext Regular" w:eastAsia="Sample AvenirNext Regular"/>
                            <w:sz w:val="24"/>
                          </w:rPr>
                          <w:t xml:space="preserve">(347) 555-0146 </w:t>
                        </w:r>
                      </w:p>
                    </w:txbxContent>
                  </wps:txbx>
                  <wps:bodyPr rot="0" spcFirstLastPara="0" vertOverflow="overflow" horzOverflow="overflow" vert="horz" wrap="none" lIns="0" tIns="0" rIns="0" bIns="0" anchor="t" anchorCtr="0">
                    <a:noAutofit/>
                  </wps:bodyPr>
                </wps:wsp>
              </a:graphicData>
            </a:graphic>
          </wp:anchor>
        </w:drawing>
      </w:r>
      <w:r>
        <w:drawing>
          <wp:anchor xmlns:a="http://schemas.openxmlformats.org/drawingml/2006/main" distT="0" distB="0" distL="0" distR="0" simplePos="0" relativeHeight="4" behindDoc="0" locked="0" layoutInCell="1" allowOverlap="1">
            <wp:simplePos x="0" y="0"/>
            <wp:positionH relativeFrom="page">
              <wp:posOffset>5318760</wp:posOffset>
            </wp:positionH>
            <wp:positionV relativeFrom="page">
              <wp:posOffset>1027430</wp:posOffset>
            </wp:positionV>
            <wp:extent cx="2453640" cy="381000"/>
            <wp:effectExtent l="0" t="0" r="0" b="0"/>
            <wp:wrapNone/>
            <wp:docPr id="4" name="Text 4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364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328" w:lineRule="exact"/>
                        </w:pPr>
                        <w:r>
                          <w:rPr>
                            <w:rFonts w:ascii="Sample AvenirNext Regular" w:hAnsi="Sample AvenirNext Regular" w:cs="Sample AvenirNext Regular" w:eastAsia="Sample AvenirNext Regular"/>
                            <w:sz w:val="24"/>
                          </w:rPr>
                          <w:t xml:space="preserve">ewallace@example.com</w:t>
                        </w:r>
                      </w:p>
                    </w:txbxContent>
                  </wps:txbx>
                  <wps:bodyPr rot="0" spcFirstLastPara="0" vertOverflow="overflow" horzOverflow="overflow" vert="horz" wrap="none" lIns="0" tIns="0" rIns="0" bIns="0" anchor="t" anchorCtr="0">
                    <a:noAutofit/>
                  </wps:bodyPr>
                </wps:wsp>
              </a:graphicData>
            </a:graphic>
          </wp:anchor>
        </w:drawing>
      </w:r>
      <w:r>
        <w:drawing>
          <wp:anchor xmlns:a="http://schemas.openxmlformats.org/drawingml/2006/main" distT="0" distB="0" distL="0" distR="0" simplePos="0" relativeHeight="5" behindDoc="0" locked="0" layoutInCell="1" allowOverlap="1">
            <wp:simplePos x="0" y="0"/>
            <wp:positionH relativeFrom="page">
              <wp:posOffset>735330</wp:posOffset>
            </wp:positionH>
            <wp:positionV relativeFrom="page">
              <wp:posOffset>1560830</wp:posOffset>
            </wp:positionV>
            <wp:extent cx="7037070" cy="381000"/>
            <wp:effectExtent l="0" t="0" r="0" b="0"/>
            <wp:wrapNone/>
            <wp:docPr id="5" name="Text 5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3707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328" w:lineRule="exact"/>
                        </w:pPr>
                        <w:r>
                          <w:rPr>
                            <w:rFonts w:ascii="Sample AvenirNext Bold" w:hAnsi="Sample AvenirNext Bold" w:cs="Sample AvenirNext Bold" w:eastAsia="Sample AvenirNext Bold"/>
                            <w:sz w:val="24"/>
                          </w:rPr>
                          <w:t xml:space="preserve">EXPERIENCE</w:t>
                        </w:r>
                      </w:p>
                    </w:txbxContent>
                  </wps:txbx>
                  <wps:bodyPr rot="0" spcFirstLastPara="0" vertOverflow="overflow" horzOverflow="overflow" vert="horz" wrap="none" lIns="0" tIns="0" rIns="0" bIns="0" anchor="t" anchorCtr="0">
                    <a:noAutofit/>
                  </wps:bodyPr>
                </wps:wsp>
              </a:graphicData>
            </a:graphic>
          </wp:anchor>
        </w:drawing>
      </w:r>
      <w:r>
        <w:drawing>
          <wp:anchor xmlns:a="http://schemas.openxmlformats.org/drawingml/2006/main" distT="0" distB="0" distL="0" distR="0" simplePos="0" relativeHeight="6" behindDoc="0" locked="0" layoutInCell="1" allowOverlap="1">
            <wp:simplePos x="0" y="0"/>
            <wp:positionH relativeFrom="page">
              <wp:posOffset>735330</wp:posOffset>
            </wp:positionH>
            <wp:positionV relativeFrom="page">
              <wp:posOffset>1778000</wp:posOffset>
            </wp:positionV>
            <wp:extent cx="7037070" cy="381000"/>
            <wp:effectExtent l="0" t="0" r="0" b="0"/>
            <wp:wrapNone/>
            <wp:docPr id="6" name="Text 6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3707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301" w:lineRule="exact"/>
                        </w:pPr>
                        <w:r>
                          <w:rPr>
                            <w:rFonts w:ascii="Sample Avenir Heavy" w:hAnsi="Sample Avenir Heavy" w:cs="Sample Avenir Heavy" w:eastAsia="Sample Avenir Heavy"/>
                            <w:sz w:val="22"/>
                            <w:spacing w:val="-1"/>
                          </w:rPr>
                          <w:t xml:space="preserve">VP/Director, Crestel; NORTHLINE;</w:t>
                        </w:r>
                      </w:p>
                    </w:txbxContent>
                  </wps:txbx>
                  <wps:bodyPr rot="0" spcFirstLastPara="0" vertOverflow="overflow" horzOverflow="overflow" vert="horz" wrap="none" lIns="0" tIns="0" rIns="0" bIns="0" anchor="t" anchorCtr="0">
                    <a:noAutofit/>
                  </wps:bodyPr>
                </wps:wsp>
              </a:graphicData>
            </a:graphic>
          </wp:anchor>
        </w:drawing>
      </w:r>
      <w:r>
        <w:drawing>
          <wp:anchor xmlns:a="http://schemas.openxmlformats.org/drawingml/2006/main" distT="0" distB="0" distL="0" distR="0" simplePos="0" relativeHeight="7" behindDoc="0" locked="0" layoutInCell="1" allowOverlap="1">
            <wp:simplePos x="0" y="0"/>
            <wp:positionH relativeFrom="page">
              <wp:posOffset>3033954</wp:posOffset>
            </wp:positionH>
            <wp:positionV relativeFrom="page">
              <wp:posOffset>1778000</wp:posOffset>
            </wp:positionV>
            <wp:extent cx="4738446" cy="381000"/>
            <wp:effectExtent l="0" t="0" r="0" b="0"/>
            <wp:wrapNone/>
            <wp:docPr id="7" name="Text 7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38446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301" w:lineRule="exact"/>
                        </w:pPr>
                        <w:r>
                          <w:rPr>
                            <w:rFonts w:ascii="Sample AvenirNext Regular" w:hAnsi="Sample AvenirNext Regular" w:cs="Sample AvenirNext Regular" w:eastAsia="Sample AvenirNext Regular"/>
                            <w:sz w:val="22"/>
                            <w:spacing w:val="-2"/>
                          </w:rPr>
                          <w:t xml:space="preserve">NY, NY; 10/21 – Present </w:t>
                        </w:r>
                      </w:p>
                    </w:txbxContent>
                  </wps:txbx>
                  <wps:bodyPr rot="0" spcFirstLastPara="0" vertOverflow="overflow" horzOverflow="overflow" vert="horz" wrap="none" lIns="0" tIns="0" rIns="0" bIns="0" anchor="t" anchorCtr="0">
                    <a:noAutofit/>
                  </wps:bodyPr>
                </wps:wsp>
              </a:graphicData>
            </a:graphic>
          </wp:anchor>
        </w:drawing>
      </w:r>
      <w:r>
        <w:drawing>
          <wp:anchor xmlns:a="http://schemas.openxmlformats.org/drawingml/2006/main" distT="0" distB="0" distL="0" distR="0" simplePos="0" relativeHeight="8" behindDoc="0" locked="0" layoutInCell="1" allowOverlap="1">
            <wp:simplePos x="0" y="0"/>
            <wp:positionH relativeFrom="page">
              <wp:posOffset>1116330</wp:posOffset>
            </wp:positionH>
            <wp:positionV relativeFrom="page">
              <wp:posOffset>1969770</wp:posOffset>
            </wp:positionV>
            <wp:extent cx="6656070" cy="381000"/>
            <wp:effectExtent l="0" t="0" r="0" b="0"/>
            <wp:wrapNone/>
            <wp:docPr id="8" name="Text 8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5607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273" w:lineRule="exact"/>
                        </w:pPr>
                        <w:r>
                          <w:rPr>
                            <w:rFonts w:ascii="Sample AvenirNext Regular" w:hAnsi="Sample AvenirNext Regular" w:cs="Sample AvenirNext Regular" w:eastAsia="Sample AvenirNext Regular"/>
                            <w:sz w:val="20"/>
                          </w:rPr>
                          <w:t xml:space="preserve">• Led client strategy for home internet acquisition, coordinating corporate and regional marketing. </w:t>
                        </w:r>
                      </w:p>
                    </w:txbxContent>
                  </wps:txbx>
                  <wps:bodyPr rot="0" spcFirstLastPara="0" vertOverflow="overflow" horzOverflow="overflow" vert="horz" wrap="none" lIns="0" tIns="0" rIns="0" bIns="0" anchor="t" anchorCtr="0">
                    <a:noAutofit/>
                  </wps:bodyPr>
                </wps:wsp>
              </a:graphicData>
            </a:graphic>
          </wp:anchor>
        </w:drawing>
      </w:r>
      <w:r>
        <w:drawing>
          <wp:anchor xmlns:a="http://schemas.openxmlformats.org/drawingml/2006/main" distT="0" distB="0" distL="0" distR="0" simplePos="0" relativeHeight="9" behindDoc="0" locked="0" layoutInCell="1" allowOverlap="1">
            <wp:simplePos x="0" y="0"/>
            <wp:positionH relativeFrom="page">
              <wp:posOffset>1116330</wp:posOffset>
            </wp:positionH>
            <wp:positionV relativeFrom="page">
              <wp:posOffset>2147570</wp:posOffset>
            </wp:positionV>
            <wp:extent cx="6656070" cy="381000"/>
            <wp:effectExtent l="0" t="0" r="0" b="0"/>
            <wp:wrapNone/>
            <wp:docPr id="9" name="Text 9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5607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273" w:lineRule="exact"/>
                        </w:pPr>
                        <w:r>
                          <w:rPr>
                            <w:rFonts w:ascii="Sample AvenirNext Regular" w:hAnsi="Sample AvenirNext Regular" w:cs="Sample AvenirNext Regular" w:eastAsia="Sample AvenirNext Regular"/>
                            <w:sz w:val="20"/>
                          </w:rPr>
                          <w:t xml:space="preserve">• Launched email and direct mail campaigns for Crestel home and mobile plans. </w:t>
                        </w:r>
                      </w:p>
                    </w:txbxContent>
                  </wps:txbx>
                  <wps:bodyPr rot="0" spcFirstLastPara="0" vertOverflow="overflow" horzOverflow="overflow" vert="horz" wrap="none" lIns="0" tIns="0" rIns="0" bIns="0" anchor="t" anchorCtr="0">
                    <a:noAutofit/>
                  </wps:bodyPr>
                </wps:wsp>
              </a:graphicData>
            </a:graphic>
          </wp:anchor>
        </w:drawing>
      </w:r>
      <w:r>
        <w:drawing>
          <wp:anchor xmlns:a="http://schemas.openxmlformats.org/drawingml/2006/main" distT="0" distB="0" distL="0" distR="0" simplePos="0" relativeHeight="10" behindDoc="0" locked="0" layoutInCell="1" allowOverlap="1">
            <wp:simplePos x="0" y="0"/>
            <wp:positionH relativeFrom="page">
              <wp:posOffset>1116330</wp:posOffset>
            </wp:positionH>
            <wp:positionV relativeFrom="page">
              <wp:posOffset>2325370</wp:posOffset>
            </wp:positionV>
            <wp:extent cx="6656070" cy="381000"/>
            <wp:effectExtent l="0" t="0" r="0" b="0"/>
            <wp:wrapNone/>
            <wp:docPr id="10" name="Text 10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5607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273" w:lineRule="exact"/>
                        </w:pPr>
                        <w:r>
                          <w:rPr>
                            <w:rFonts w:ascii="Sample AvenirNext Regular" w:hAnsi="Sample AvenirNext Regular" w:cs="Sample AvenirNext Regular" w:eastAsia="Sample AvenirNext Regular"/>
                            <w:sz w:val="20"/>
                          </w:rPr>
                          <w:t xml:space="preserve">• Expanded direct mail testing, increasing response rates by 18 percent over the prior control package. </w:t>
                        </w:r>
                      </w:p>
                    </w:txbxContent>
                  </wps:txbx>
                  <wps:bodyPr rot="0" spcFirstLastPara="0" vertOverflow="overflow" horzOverflow="overflow" vert="horz" wrap="none" lIns="0" tIns="0" rIns="0" bIns="0" anchor="t" anchorCtr="0">
                    <a:noAutofit/>
                  </wps:bodyPr>
                </wps:wsp>
              </a:graphicData>
            </a:graphic>
          </wp:anchor>
        </w:drawing>
      </w:r>
      <w:r>
        <w:drawing>
          <wp:anchor xmlns:a="http://schemas.openxmlformats.org/drawingml/2006/main" distT="0" distB="0" distL="0" distR="0" simplePos="0" relativeHeight="11" behindDoc="0" locked="0" layoutInCell="1" allowOverlap="1">
            <wp:simplePos x="0" y="0"/>
            <wp:positionH relativeFrom="page">
              <wp:posOffset>1116330</wp:posOffset>
            </wp:positionH>
            <wp:positionV relativeFrom="page">
              <wp:posOffset>2503170</wp:posOffset>
            </wp:positionV>
            <wp:extent cx="6656070" cy="381000"/>
            <wp:effectExtent l="0" t="0" r="0" b="0"/>
            <wp:wrapNone/>
            <wp:docPr id="11" name="Text 11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5607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273" w:lineRule="exact"/>
                        </w:pPr>
                        <w:r>
                          <w:rPr>
                            <w:rFonts w:ascii="Sample AvenirNext Regular" w:hAnsi="Sample AvenirNext Regular" w:cs="Sample AvenirNext Regular" w:eastAsia="Sample AvenirNext Regular"/>
                            <w:sz w:val="20"/>
                          </w:rPr>
                          <w:t xml:space="preserve">• Aligned email and mail creative through shared briefs and monthly reviews. </w:t>
                        </w:r>
                      </w:p>
                    </w:txbxContent>
                  </wps:txbx>
                  <wps:bodyPr rot="0" spcFirstLastPara="0" vertOverflow="overflow" horzOverflow="overflow" vert="horz" wrap="none" lIns="0" tIns="0" rIns="0" bIns="0" anchor="t" anchorCtr="0">
                    <a:noAutofit/>
                  </wps:bodyPr>
                </wps:wsp>
              </a:graphicData>
            </a:graphic>
          </wp:anchor>
        </w:drawing>
      </w:r>
      <w:r>
        <w:drawing>
          <wp:anchor xmlns:a="http://schemas.openxmlformats.org/drawingml/2006/main" distT="0" distB="0" distL="0" distR="0" simplePos="0" relativeHeight="12" behindDoc="0" locked="0" layoutInCell="1" allowOverlap="1">
            <wp:simplePos x="0" y="0"/>
            <wp:positionH relativeFrom="page">
              <wp:posOffset>1116330</wp:posOffset>
            </wp:positionH>
            <wp:positionV relativeFrom="page">
              <wp:posOffset>2680970</wp:posOffset>
            </wp:positionV>
            <wp:extent cx="6656070" cy="381000"/>
            <wp:effectExtent l="0" t="0" r="0" b="0"/>
            <wp:wrapNone/>
            <wp:docPr id="12" name="Text 12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5607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273" w:lineRule="exact"/>
                        </w:pPr>
                        <w:r>
                          <w:rPr>
                            <w:rFonts w:ascii="Sample AvenirNext Regular" w:hAnsi="Sample AvenirNext Regular" w:cs="Sample AvenirNext Regular" w:eastAsia="Sample AvenirNext Regular"/>
                            <w:sz w:val="20"/>
                          </w:rPr>
                          <w:t xml:space="preserve">• Rebuilt onboarding emails, increasing first-month account activation by 12 percent. </w:t>
                        </w:r>
                      </w:p>
                    </w:txbxContent>
                  </wps:txbx>
                  <wps:bodyPr rot="0" spcFirstLastPara="0" vertOverflow="overflow" horzOverflow="overflow" vert="horz" wrap="none" lIns="0" tIns="0" rIns="0" bIns="0" anchor="t" anchorCtr="0">
                    <a:noAutofit/>
                  </wps:bodyPr>
                </wps:wsp>
              </a:graphicData>
            </a:graphic>
          </wp:anchor>
        </w:drawing>
      </w:r>
      <w:r>
        <w:drawing>
          <wp:anchor xmlns:a="http://schemas.openxmlformats.org/drawingml/2006/main" distT="0" distB="0" distL="0" distR="0" simplePos="0" relativeHeight="13" behindDoc="0" locked="0" layoutInCell="1" allowOverlap="1">
            <wp:simplePos x="0" y="0"/>
            <wp:positionH relativeFrom="page">
              <wp:posOffset>1116330</wp:posOffset>
            </wp:positionH>
            <wp:positionV relativeFrom="page">
              <wp:posOffset>2858770</wp:posOffset>
            </wp:positionV>
            <wp:extent cx="6656070" cy="381000"/>
            <wp:effectExtent l="0" t="0" r="0" b="0"/>
            <wp:wrapNone/>
            <wp:docPr id="13" name="Text 13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5607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273" w:lineRule="exact"/>
                        </w:pPr>
                        <w:r>
                          <w:rPr>
                            <w:rFonts w:ascii="Sample AvenirNext Regular" w:hAnsi="Sample AvenirNext Regular" w:cs="Sample AvenirNext Regular" w:eastAsia="Sample AvenirNext Regular"/>
                            <w:sz w:val="20"/>
                          </w:rPr>
                          <w:t xml:space="preserve">• Tested audience, offer and format combinations to guide quarterly acquisition budget decisions. </w:t>
                        </w:r>
                      </w:p>
                    </w:txbxContent>
                  </wps:txbx>
                  <wps:bodyPr rot="0" spcFirstLastPara="0" vertOverflow="overflow" horzOverflow="overflow" vert="horz" wrap="none" lIns="0" tIns="0" rIns="0" bIns="0" anchor="t" anchorCtr="0">
                    <a:noAutofit/>
                  </wps:bodyPr>
                </wps:wsp>
              </a:graphicData>
            </a:graphic>
          </wp:anchor>
        </w:drawing>
      </w:r>
      <w:r>
        <w:drawing>
          <wp:anchor xmlns:a="http://schemas.openxmlformats.org/drawingml/2006/main" distT="0" distB="0" distL="0" distR="0" simplePos="0" relativeHeight="14" behindDoc="0" locked="0" layoutInCell="1" allowOverlap="1">
            <wp:simplePos x="0" y="0"/>
            <wp:positionH relativeFrom="page">
              <wp:posOffset>735330</wp:posOffset>
            </wp:positionH>
            <wp:positionV relativeFrom="page">
              <wp:posOffset>3124200</wp:posOffset>
            </wp:positionV>
            <wp:extent cx="7037070" cy="381000"/>
            <wp:effectExtent l="0" t="0" r="0" b="0"/>
            <wp:wrapNone/>
            <wp:docPr id="14" name="Text 14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3707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301" w:lineRule="exact"/>
                        </w:pPr>
                        <w:r>
                          <w:rPr>
                            <w:rFonts w:ascii="Sample Avenir Heavy" w:hAnsi="Sample Avenir Heavy" w:cs="Sample Avenir Heavy" w:eastAsia="Sample Avenir Heavy"/>
                            <w:sz w:val="22"/>
                          </w:rPr>
                          <w:t xml:space="preserve">Consultant;</w:t>
                        </w:r>
                      </w:p>
                    </w:txbxContent>
                  </wps:txbx>
                  <wps:bodyPr rot="0" spcFirstLastPara="0" vertOverflow="overflow" horzOverflow="overflow" vert="horz" wrap="none" lIns="0" tIns="0" rIns="0" bIns="0" anchor="t" anchorCtr="0">
                    <a:noAutofit/>
                  </wps:bodyPr>
                </wps:wsp>
              </a:graphicData>
            </a:graphic>
          </wp:anchor>
        </w:drawing>
      </w:r>
      <w:r>
        <w:drawing>
          <wp:anchor xmlns:a="http://schemas.openxmlformats.org/drawingml/2006/main" distT="0" distB="0" distL="0" distR="0" simplePos="0" relativeHeight="15" behindDoc="0" locked="0" layoutInCell="1" allowOverlap="1">
            <wp:simplePos x="0" y="0"/>
            <wp:positionH relativeFrom="page">
              <wp:posOffset>1515275</wp:posOffset>
            </wp:positionH>
            <wp:positionV relativeFrom="page">
              <wp:posOffset>3124200</wp:posOffset>
            </wp:positionV>
            <wp:extent cx="6257125" cy="381000"/>
            <wp:effectExtent l="0" t="0" r="0" b="0"/>
            <wp:wrapNone/>
            <wp:docPr id="15" name="Text 15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571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301" w:lineRule="exact"/>
                        </w:pPr>
                        <w:r>
                          <w:rPr>
                            <w:rFonts w:ascii="Sample Avenir Heavy" w:hAnsi="Sample Avenir Heavy" w:cs="Sample Avenir Heavy" w:eastAsia="Sample Avenir Heavy"/>
                            <w:sz w:val="22"/>
                            <w:spacing w:val="-1"/>
                          </w:rPr>
                          <w:t xml:space="preserve">BRIGHTGRID, CONNECTPATH &amp; RIVERPATH FOUNDATION;</w:t>
                        </w:r>
                      </w:p>
                    </w:txbxContent>
                  </wps:txbx>
                  <wps:bodyPr rot="0" spcFirstLastPara="0" vertOverflow="overflow" horzOverflow="overflow" vert="horz" wrap="none" lIns="0" tIns="0" rIns="0" bIns="0" anchor="t" anchorCtr="0">
                    <a:noAutofit/>
                  </wps:bodyPr>
                </wps:wsp>
              </a:graphicData>
            </a:graphic>
          </wp:anchor>
        </w:drawing>
      </w:r>
      <w:r>
        <w:drawing>
          <wp:anchor xmlns:a="http://schemas.openxmlformats.org/drawingml/2006/main" distT="0" distB="0" distL="0" distR="0" simplePos="0" relativeHeight="16" behindDoc="0" locked="0" layoutInCell="1" allowOverlap="1">
            <wp:simplePos x="0" y="0"/>
            <wp:positionH relativeFrom="page">
              <wp:posOffset>5662828</wp:posOffset>
            </wp:positionH>
            <wp:positionV relativeFrom="page">
              <wp:posOffset>3124200</wp:posOffset>
            </wp:positionV>
            <wp:extent cx="2109572" cy="381000"/>
            <wp:effectExtent l="0" t="0" r="0" b="0"/>
            <wp:wrapNone/>
            <wp:docPr id="16" name="Text 16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9572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301" w:lineRule="exact"/>
                        </w:pPr>
                        <w:r>
                          <w:rPr>
                            <w:rFonts w:ascii="Sample AvenirNext Regular" w:hAnsi="Sample AvenirNext Regular" w:cs="Sample AvenirNext Regular" w:eastAsia="Sample AvenirNext Regular"/>
                            <w:sz w:val="22"/>
                            <w:spacing w:val="-2"/>
                          </w:rPr>
                          <w:t xml:space="preserve">NY, NY; 1/21 – 9/21 </w:t>
                        </w:r>
                      </w:p>
                    </w:txbxContent>
                  </wps:txbx>
                  <wps:bodyPr rot="0" spcFirstLastPara="0" vertOverflow="overflow" horzOverflow="overflow" vert="horz" wrap="none" lIns="0" tIns="0" rIns="0" bIns="0" anchor="t" anchorCtr="0">
                    <a:noAutofit/>
                  </wps:bodyPr>
                </wps:wsp>
              </a:graphicData>
            </a:graphic>
          </wp:anchor>
        </w:drawing>
      </w:r>
      <w:r>
        <w:drawing>
          <wp:anchor xmlns:a="http://schemas.openxmlformats.org/drawingml/2006/main" distT="0" distB="0" distL="0" distR="0" simplePos="0" relativeHeight="17" behindDoc="0" locked="0" layoutInCell="1" allowOverlap="1">
            <wp:simplePos x="0" y="0"/>
            <wp:positionH relativeFrom="page">
              <wp:posOffset>1116330</wp:posOffset>
            </wp:positionH>
            <wp:positionV relativeFrom="page">
              <wp:posOffset>3315970</wp:posOffset>
            </wp:positionV>
            <wp:extent cx="6656070" cy="381000"/>
            <wp:effectExtent l="0" t="0" r="0" b="0"/>
            <wp:wrapNone/>
            <wp:docPr id="17" name="Text 17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5607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273" w:lineRule="exact"/>
                        </w:pPr>
                        <w:r>
                          <w:rPr>
                            <w:rFonts w:ascii="Sample AvenirNext Regular" w:hAnsi="Sample AvenirNext Regular" w:cs="Sample AvenirNext Regular" w:eastAsia="Sample AvenirNext Regular"/>
                            <w:sz w:val="20"/>
                          </w:rPr>
                          <w:t xml:space="preserve">• Built lead nurturing campaigns and a shared reporting process for three clients. </w:t>
                        </w:r>
                      </w:p>
                    </w:txbxContent>
                  </wps:txbx>
                  <wps:bodyPr rot="0" spcFirstLastPara="0" vertOverflow="overflow" horzOverflow="overflow" vert="horz" wrap="none" lIns="0" tIns="0" rIns="0" bIns="0" anchor="t" anchorCtr="0">
                    <a:noAutofit/>
                  </wps:bodyPr>
                </wps:wsp>
              </a:graphicData>
            </a:graphic>
          </wp:anchor>
        </w:drawing>
      </w:r>
      <w:r>
        <w:drawing>
          <wp:anchor xmlns:a="http://schemas.openxmlformats.org/drawingml/2006/main" distT="0" distB="0" distL="0" distR="0" simplePos="0" relativeHeight="18" behindDoc="0" locked="0" layoutInCell="1" allowOverlap="1">
            <wp:simplePos x="0" y="0"/>
            <wp:positionH relativeFrom="page">
              <wp:posOffset>735330</wp:posOffset>
            </wp:positionH>
            <wp:positionV relativeFrom="page">
              <wp:posOffset>3594100</wp:posOffset>
            </wp:positionV>
            <wp:extent cx="7037070" cy="381000"/>
            <wp:effectExtent l="0" t="0" r="0" b="0"/>
            <wp:wrapNone/>
            <wp:docPr id="18" name="Text 18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3707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301" w:lineRule="exact"/>
                        </w:pPr>
                        <w:r>
                          <w:rPr>
                            <w:rFonts w:ascii="Sample Avenir Heavy" w:hAnsi="Sample Avenir Heavy" w:cs="Sample Avenir Heavy" w:eastAsia="Sample Avenir Heavy"/>
                            <w:sz w:val="22"/>
                            <w:spacing w:val="-1"/>
                          </w:rPr>
                          <w:t xml:space="preserve">Partner, Program Director, Norla;</w:t>
                        </w:r>
                      </w:p>
                    </w:txbxContent>
                  </wps:txbx>
                  <wps:bodyPr rot="0" spcFirstLastPara="0" vertOverflow="overflow" horzOverflow="overflow" vert="horz" wrap="none" lIns="0" tIns="0" rIns="0" bIns="0" anchor="t" anchorCtr="0">
                    <a:noAutofit/>
                  </wps:bodyPr>
                </wps:wsp>
              </a:graphicData>
            </a:graphic>
          </wp:anchor>
        </w:drawing>
      </w:r>
      <w:r>
        <w:drawing>
          <wp:anchor xmlns:a="http://schemas.openxmlformats.org/drawingml/2006/main" distT="0" distB="0" distL="0" distR="0" simplePos="0" relativeHeight="19" behindDoc="0" locked="0" layoutInCell="1" allowOverlap="1">
            <wp:simplePos x="0" y="0"/>
            <wp:positionH relativeFrom="page">
              <wp:posOffset>3001683</wp:posOffset>
            </wp:positionH>
            <wp:positionV relativeFrom="page">
              <wp:posOffset>3594100</wp:posOffset>
            </wp:positionV>
            <wp:extent cx="4770717" cy="381000"/>
            <wp:effectExtent l="0" t="0" r="0" b="0"/>
            <wp:wrapNone/>
            <wp:docPr id="19" name="Text 19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770717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301" w:lineRule="exact"/>
                        </w:pPr>
                        <w:r>
                          <w:rPr>
                            <w:rFonts w:ascii="Sample Avenir Heavy" w:hAnsi="Sample Avenir Heavy" w:cs="Sample Avenir Heavy" w:eastAsia="Sample Avenir Heavy"/>
                            <w:sz w:val="22"/>
                            <w:spacing w:val="-2"/>
                          </w:rPr>
                          <w:t xml:space="preserve">NORTHARC;</w:t>
                        </w:r>
                      </w:p>
                    </w:txbxContent>
                  </wps:txbx>
                  <wps:bodyPr rot="0" spcFirstLastPara="0" vertOverflow="overflow" horzOverflow="overflow" vert="horz" wrap="none" lIns="0" tIns="0" rIns="0" bIns="0" anchor="t" anchorCtr="0">
                    <a:noAutofit/>
                  </wps:bodyPr>
                </wps:wsp>
              </a:graphicData>
            </a:graphic>
          </wp:anchor>
        </w:drawing>
      </w:r>
      <w:r>
        <w:drawing>
          <wp:anchor xmlns:a="http://schemas.openxmlformats.org/drawingml/2006/main" distT="0" distB="0" distL="0" distR="0" simplePos="0" relativeHeight="20" behindDoc="0" locked="0" layoutInCell="1" allowOverlap="1">
            <wp:simplePos x="0" y="0"/>
            <wp:positionH relativeFrom="page">
              <wp:posOffset>3895623</wp:posOffset>
            </wp:positionH>
            <wp:positionV relativeFrom="page">
              <wp:posOffset>3594100</wp:posOffset>
            </wp:positionV>
            <wp:extent cx="3876777" cy="381000"/>
            <wp:effectExtent l="0" t="0" r="0" b="0"/>
            <wp:wrapNone/>
            <wp:docPr id="20" name="Text 20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76777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301" w:lineRule="exact"/>
                        </w:pPr>
                        <w:r>
                          <w:rPr>
                            <w:rFonts w:ascii="Sample AvenirNext Regular" w:hAnsi="Sample AvenirNext Regular" w:cs="Sample AvenirNext Regular" w:eastAsia="Sample AvenirNext Regular"/>
                            <w:sz w:val="22"/>
                            <w:spacing w:val="-2"/>
                          </w:rPr>
                          <w:t xml:space="preserve">NY, NY; 01/19 – 1/21 </w:t>
                        </w:r>
                      </w:p>
                    </w:txbxContent>
                  </wps:txbx>
                  <wps:bodyPr rot="0" spcFirstLastPara="0" vertOverflow="overflow" horzOverflow="overflow" vert="horz" wrap="none" lIns="0" tIns="0" rIns="0" bIns="0" anchor="t" anchorCtr="0">
                    <a:noAutofit/>
                  </wps:bodyPr>
                </wps:wsp>
              </a:graphicData>
            </a:graphic>
          </wp:anchor>
        </w:drawing>
      </w:r>
      <w:r>
        <w:drawing>
          <wp:anchor xmlns:a="http://schemas.openxmlformats.org/drawingml/2006/main" distT="0" distB="0" distL="0" distR="0" simplePos="0" relativeHeight="21" behindDoc="0" locked="0" layoutInCell="1" allowOverlap="1">
            <wp:simplePos x="0" y="0"/>
            <wp:positionH relativeFrom="page">
              <wp:posOffset>1116330</wp:posOffset>
            </wp:positionH>
            <wp:positionV relativeFrom="page">
              <wp:posOffset>3785870</wp:posOffset>
            </wp:positionV>
            <wp:extent cx="6656070" cy="381000"/>
            <wp:effectExtent l="0" t="0" r="0" b="0"/>
            <wp:wrapNone/>
            <wp:docPr id="21" name="Text 21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5607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273" w:lineRule="exact"/>
                        </w:pPr>
                        <w:r>
                          <w:rPr>
                            <w:rFonts w:ascii="Sample AvenirNext Regular" w:hAnsi="Sample AvenirNext Regular" w:cs="Sample AvenirNext Regular" w:eastAsia="Sample AvenirNext Regular"/>
                            <w:sz w:val="20"/>
                          </w:rPr>
                          <w:t xml:space="preserve">• Managed client relationships for Norla Foods and HarborPaw Pet Health Insurance. </w:t>
                        </w:r>
                      </w:p>
                    </w:txbxContent>
                  </wps:txbx>
                  <wps:bodyPr rot="0" spcFirstLastPara="0" vertOverflow="overflow" horzOverflow="overflow" vert="horz" wrap="none" lIns="0" tIns="0" rIns="0" bIns="0" anchor="t" anchorCtr="0">
                    <a:noAutofit/>
                  </wps:bodyPr>
                </wps:wsp>
              </a:graphicData>
            </a:graphic>
          </wp:anchor>
        </w:drawing>
      </w:r>
      <w:r>
        <w:drawing>
          <wp:anchor xmlns:a="http://schemas.openxmlformats.org/drawingml/2006/main" distT="0" distB="0" distL="0" distR="0" simplePos="0" relativeHeight="22" behindDoc="0" locked="0" layoutInCell="1" allowOverlap="1">
            <wp:simplePos x="0" y="0"/>
            <wp:positionH relativeFrom="page">
              <wp:posOffset>1116330</wp:posOffset>
            </wp:positionH>
            <wp:positionV relativeFrom="page">
              <wp:posOffset>3963670</wp:posOffset>
            </wp:positionV>
            <wp:extent cx="6656070" cy="381000"/>
            <wp:effectExtent l="0" t="0" r="0" b="0"/>
            <wp:wrapNone/>
            <wp:docPr id="22" name="Text 22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5607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273" w:lineRule="exact"/>
                        </w:pPr>
                        <w:r>
                          <w:rPr>
                            <w:rFonts w:ascii="Sample AvenirNext Regular" w:hAnsi="Sample AvenirNext Regular" w:cs="Sample AvenirNext Regular" w:eastAsia="Sample AvenirNext Regular"/>
                            <w:sz w:val="20"/>
                          </w:rPr>
                          <w:t xml:space="preserve">• Relaunched a recipe portal, lifting repeat visits by 21 percent with a smaller media budget. </w:t>
                        </w:r>
                      </w:p>
                    </w:txbxContent>
                  </wps:txbx>
                  <wps:bodyPr rot="0" spcFirstLastPara="0" vertOverflow="overflow" horzOverflow="overflow" vert="horz" wrap="none" lIns="0" tIns="0" rIns="0" bIns="0" anchor="t" anchorCtr="0">
                    <a:noAutofit/>
                  </wps:bodyPr>
                </wps:wsp>
              </a:graphicData>
            </a:graphic>
          </wp:anchor>
        </w:drawing>
      </w:r>
      <w:r>
        <w:drawing>
          <wp:anchor xmlns:a="http://schemas.openxmlformats.org/drawingml/2006/main" distT="0" distB="0" distL="0" distR="0" simplePos="0" relativeHeight="23" behindDoc="0" locked="0" layoutInCell="1" allowOverlap="1">
            <wp:simplePos x="0" y="0"/>
            <wp:positionH relativeFrom="page">
              <wp:posOffset>1116330</wp:posOffset>
            </wp:positionH>
            <wp:positionV relativeFrom="page">
              <wp:posOffset>4141470</wp:posOffset>
            </wp:positionV>
            <wp:extent cx="6656070" cy="381000"/>
            <wp:effectExtent l="0" t="0" r="0" b="0"/>
            <wp:wrapNone/>
            <wp:docPr id="23" name="Text 23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5607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273" w:lineRule="exact"/>
                        </w:pPr>
                        <w:r>
                          <w:rPr>
                            <w:rFonts w:ascii="Sample AvenirNext Regular" w:hAnsi="Sample AvenirNext Regular" w:cs="Sample AvenirNext Regular" w:eastAsia="Sample AvenirNext Regular"/>
                            <w:sz w:val="20"/>
                          </w:rPr>
                          <w:t xml:space="preserve">• Built seasonal brand campaigns across email, social media and retailer landing pages. </w:t>
                        </w:r>
                      </w:p>
                    </w:txbxContent>
                  </wps:txbx>
                  <wps:bodyPr rot="0" spcFirstLastPara="0" vertOverflow="overflow" horzOverflow="overflow" vert="horz" wrap="none" lIns="0" tIns="0" rIns="0" bIns="0" anchor="t" anchorCtr="0">
                    <a:noAutofit/>
                  </wps:bodyPr>
                </wps:wsp>
              </a:graphicData>
            </a:graphic>
          </wp:anchor>
        </w:drawing>
      </w:r>
      <w:r>
        <w:drawing>
          <wp:anchor xmlns:a="http://schemas.openxmlformats.org/drawingml/2006/main" distT="0" distB="0" distL="0" distR="0" simplePos="0" relativeHeight="24" behindDoc="0" locked="0" layoutInCell="1" allowOverlap="1">
            <wp:simplePos x="0" y="0"/>
            <wp:positionH relativeFrom="page">
              <wp:posOffset>1116330</wp:posOffset>
            </wp:positionH>
            <wp:positionV relativeFrom="page">
              <wp:posOffset>4319270</wp:posOffset>
            </wp:positionV>
            <wp:extent cx="6656070" cy="381000"/>
            <wp:effectExtent l="0" t="0" r="0" b="0"/>
            <wp:wrapNone/>
            <wp:docPr id="24" name="Text 24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5607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273" w:lineRule="exact"/>
                        </w:pPr>
                        <w:r>
                          <w:rPr>
                            <w:rFonts w:ascii="Sample AvenirNext Regular" w:hAnsi="Sample AvenirNext Regular" w:cs="Sample AvenirNext Regular" w:eastAsia="Sample AvenirNext Regular"/>
                            <w:sz w:val="20"/>
                          </w:rPr>
                          <w:t xml:space="preserve">• Introduced a prospect scoring program for HarborPaw, increasing quote completion by 14 percent. </w:t>
                        </w:r>
                      </w:p>
                    </w:txbxContent>
                  </wps:txbx>
                  <wps:bodyPr rot="0" spcFirstLastPara="0" vertOverflow="overflow" horzOverflow="overflow" vert="horz" wrap="none" lIns="0" tIns="0" rIns="0" bIns="0" anchor="t" anchorCtr="0">
                    <a:noAutofit/>
                  </wps:bodyPr>
                </wps:wsp>
              </a:graphicData>
            </a:graphic>
          </wp:anchor>
        </w:drawing>
      </w:r>
      <w:r>
        <w:drawing>
          <wp:anchor xmlns:a="http://schemas.openxmlformats.org/drawingml/2006/main" distT="0" distB="0" distL="0" distR="0" simplePos="0" relativeHeight="25" behindDoc="0" locked="0" layoutInCell="1" allowOverlap="1">
            <wp:simplePos x="0" y="0"/>
            <wp:positionH relativeFrom="page">
              <wp:posOffset>1116330</wp:posOffset>
            </wp:positionH>
            <wp:positionV relativeFrom="page">
              <wp:posOffset>4497070</wp:posOffset>
            </wp:positionV>
            <wp:extent cx="6656070" cy="381000"/>
            <wp:effectExtent l="0" t="0" r="0" b="0"/>
            <wp:wrapNone/>
            <wp:docPr id="25" name="Text 25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5607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273" w:lineRule="exact"/>
                        </w:pPr>
                        <w:r>
                          <w:rPr>
                            <w:rFonts w:ascii="Sample AvenirNext Regular" w:hAnsi="Sample AvenirNext Regular" w:cs="Sample AvenirNext Regular" w:eastAsia="Sample AvenirNext Regular"/>
                            <w:sz w:val="20"/>
                          </w:rPr>
                          <w:t xml:space="preserve">• Created email and mail acquisition journeys with coordinated offers and clear response tracking. </w:t>
                        </w:r>
                      </w:p>
                    </w:txbxContent>
                  </wps:txbx>
                  <wps:bodyPr rot="0" spcFirstLastPara="0" vertOverflow="overflow" horzOverflow="overflow" vert="horz" wrap="none" lIns="0" tIns="0" rIns="0" bIns="0" anchor="t" anchorCtr="0">
                    <a:noAutofit/>
                  </wps:bodyPr>
                </wps:wsp>
              </a:graphicData>
            </a:graphic>
          </wp:anchor>
        </w:drawing>
      </w:r>
      <w:r>
        <w:drawing>
          <wp:anchor xmlns:a="http://schemas.openxmlformats.org/drawingml/2006/main" distT="0" distB="0" distL="0" distR="0" simplePos="0" relativeHeight="26" behindDoc="0" locked="0" layoutInCell="1" allowOverlap="1">
            <wp:simplePos x="0" y="0"/>
            <wp:positionH relativeFrom="page">
              <wp:posOffset>735330</wp:posOffset>
            </wp:positionH>
            <wp:positionV relativeFrom="page">
              <wp:posOffset>4775200</wp:posOffset>
            </wp:positionV>
            <wp:extent cx="7037070" cy="381000"/>
            <wp:effectExtent l="0" t="0" r="0" b="0"/>
            <wp:wrapNone/>
            <wp:docPr id="26" name="Text 26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3707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301" w:lineRule="exact"/>
                        </w:pPr>
                        <w:r>
                          <w:rPr>
                            <w:rFonts w:ascii="Sample Avenir Heavy" w:hAnsi="Sample Avenir Heavy" w:cs="Sample Avenir Heavy" w:eastAsia="Sample Avenir Heavy"/>
                            <w:sz w:val="22"/>
                            <w:spacing w:val="-1"/>
                          </w:rPr>
                          <w:t xml:space="preserve">Partner, Program Director, HarborHealth Group; NORTHARC; </w:t>
                        </w:r>
                      </w:p>
                    </w:txbxContent>
                  </wps:txbx>
                  <wps:bodyPr rot="0" spcFirstLastPara="0" vertOverflow="overflow" horzOverflow="overflow" vert="horz" wrap="none" lIns="0" tIns="0" rIns="0" bIns="0" anchor="t" anchorCtr="0">
                    <a:noAutofit/>
                  </wps:bodyPr>
                </wps:wsp>
              </a:graphicData>
            </a:graphic>
          </wp:anchor>
        </w:drawing>
      </w:r>
      <w:r>
        <w:drawing>
          <wp:anchor xmlns:a="http://schemas.openxmlformats.org/drawingml/2006/main" distT="0" distB="0" distL="0" distR="0" simplePos="0" relativeHeight="27" behindDoc="0" locked="0" layoutInCell="1" allowOverlap="1">
            <wp:simplePos x="0" y="0"/>
            <wp:positionH relativeFrom="page">
              <wp:posOffset>4805210</wp:posOffset>
            </wp:positionH>
            <wp:positionV relativeFrom="page">
              <wp:posOffset>4775200</wp:posOffset>
            </wp:positionV>
            <wp:extent cx="2967190" cy="381000"/>
            <wp:effectExtent l="0" t="0" r="0" b="0"/>
            <wp:wrapNone/>
            <wp:docPr id="27" name="Text 27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6719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301" w:lineRule="exact"/>
                        </w:pPr>
                        <w:r>
                          <w:rPr>
                            <w:rFonts w:ascii="Sample AvenirNext Regular" w:hAnsi="Sample AvenirNext Regular" w:cs="Sample AvenirNext Regular" w:eastAsia="Sample AvenirNext Regular"/>
                            <w:sz w:val="22"/>
                            <w:spacing w:val="-2"/>
                          </w:rPr>
                          <w:t xml:space="preserve">NY, NY; 09/17 – 1/19 </w:t>
                        </w:r>
                      </w:p>
                    </w:txbxContent>
                  </wps:txbx>
                  <wps:bodyPr rot="0" spcFirstLastPara="0" vertOverflow="overflow" horzOverflow="overflow" vert="horz" wrap="none" lIns="0" tIns="0" rIns="0" bIns="0" anchor="t" anchorCtr="0">
                    <a:noAutofit/>
                  </wps:bodyPr>
                </wps:wsp>
              </a:graphicData>
            </a:graphic>
          </wp:anchor>
        </w:drawing>
      </w:r>
      <w:r>
        <w:drawing>
          <wp:anchor xmlns:a="http://schemas.openxmlformats.org/drawingml/2006/main" distT="0" distB="0" distL="0" distR="0" simplePos="0" relativeHeight="28" behindDoc="0" locked="0" layoutInCell="1" allowOverlap="1">
            <wp:simplePos x="0" y="0"/>
            <wp:positionH relativeFrom="page">
              <wp:posOffset>1116330</wp:posOffset>
            </wp:positionH>
            <wp:positionV relativeFrom="page">
              <wp:posOffset>4966970</wp:posOffset>
            </wp:positionV>
            <wp:extent cx="6656070" cy="381000"/>
            <wp:effectExtent l="0" t="0" r="0" b="0"/>
            <wp:wrapNone/>
            <wp:docPr id="28" name="Text 28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5607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273" w:lineRule="exact"/>
                        </w:pPr>
                        <w:r>
                          <w:rPr>
                            <w:rFonts w:ascii="Sample AvenirNext Regular" w:hAnsi="Sample AvenirNext Regular" w:cs="Sample AvenirNext Regular" w:eastAsia="Sample AvenirNext Regular"/>
                            <w:sz w:val="20"/>
                          </w:rPr>
                          <w:t xml:space="preserve">• Led client programs for HarborHealth, Evervale Benefits and HarborData. </w:t>
                        </w:r>
                      </w:p>
                    </w:txbxContent>
                  </wps:txbx>
                  <wps:bodyPr rot="0" spcFirstLastPara="0" vertOverflow="overflow" horzOverflow="overflow" vert="horz" wrap="none" lIns="0" tIns="0" rIns="0" bIns="0" anchor="t" anchorCtr="0">
                    <a:noAutofit/>
                  </wps:bodyPr>
                </wps:wsp>
              </a:graphicData>
            </a:graphic>
          </wp:anchor>
        </w:drawing>
      </w:r>
      <w:r>
        <w:drawing>
          <wp:anchor xmlns:a="http://schemas.openxmlformats.org/drawingml/2006/main" distT="0" distB="0" distL="0" distR="0" simplePos="0" relativeHeight="29" behindDoc="0" locked="0" layoutInCell="1" allowOverlap="1">
            <wp:simplePos x="0" y="0"/>
            <wp:positionH relativeFrom="page">
              <wp:posOffset>1116330</wp:posOffset>
            </wp:positionH>
            <wp:positionV relativeFrom="page">
              <wp:posOffset>5144770</wp:posOffset>
            </wp:positionV>
            <wp:extent cx="6656070" cy="381000"/>
            <wp:effectExtent l="0" t="0" r="0" b="0"/>
            <wp:wrapNone/>
            <wp:docPr id="29" name="Text 29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5607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273" w:lineRule="exact"/>
                        </w:pPr>
                        <w:r>
                          <w:rPr>
                            <w:rFonts w:ascii="Sample AvenirNext Regular" w:hAnsi="Sample AvenirNext Regular" w:cs="Sample AvenirNext Regular" w:eastAsia="Sample AvenirNext Regular"/>
                            <w:sz w:val="20"/>
                          </w:rPr>
                          <w:t xml:space="preserve">• Built employer acquisition campaigns that exceeded lead goals and cut cost per lead by 16 percent. </w:t>
                        </w:r>
                      </w:p>
                    </w:txbxContent>
                  </wps:txbx>
                  <wps:bodyPr rot="0" spcFirstLastPara="0" vertOverflow="overflow" horzOverflow="overflow" vert="horz" wrap="none" lIns="0" tIns="0" rIns="0" bIns="0" anchor="t" anchorCtr="0">
                    <a:noAutofit/>
                  </wps:bodyPr>
                </wps:wsp>
              </a:graphicData>
            </a:graphic>
          </wp:anchor>
        </w:drawing>
      </w:r>
      <w:r>
        <w:drawing>
          <wp:anchor xmlns:a="http://schemas.openxmlformats.org/drawingml/2006/main" distT="0" distB="0" distL="0" distR="0" simplePos="0" relativeHeight="30" behindDoc="0" locked="0" layoutInCell="1" allowOverlap="1">
            <wp:simplePos x="0" y="0"/>
            <wp:positionH relativeFrom="page">
              <wp:posOffset>1116330</wp:posOffset>
            </wp:positionH>
            <wp:positionV relativeFrom="page">
              <wp:posOffset>5322570</wp:posOffset>
            </wp:positionV>
            <wp:extent cx="6656070" cy="381000"/>
            <wp:effectExtent l="0" t="0" r="0" b="0"/>
            <wp:wrapNone/>
            <wp:docPr id="30" name="Text 30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5607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273" w:lineRule="exact"/>
                        </w:pPr>
                        <w:r>
                          <w:rPr>
                            <w:rFonts w:ascii="Sample AvenirNext Regular" w:hAnsi="Sample AvenirNext Regular" w:cs="Sample AvenirNext Regular" w:eastAsia="Sample AvenirNext Regular"/>
                            <w:sz w:val="20"/>
                          </w:rPr>
                          <w:t xml:space="preserve">• Refreshed HarborData brand messaging across a new microsite, print materials and display ads. </w:t>
                        </w:r>
                      </w:p>
                    </w:txbxContent>
                  </wps:txbx>
                  <wps:bodyPr rot="0" spcFirstLastPara="0" vertOverflow="overflow" horzOverflow="overflow" vert="horz" wrap="none" lIns="0" tIns="0" rIns="0" bIns="0" anchor="t" anchorCtr="0">
                    <a:noAutofit/>
                  </wps:bodyPr>
                </wps:wsp>
              </a:graphicData>
            </a:graphic>
          </wp:anchor>
        </w:drawing>
      </w:r>
      <w:r>
        <w:drawing>
          <wp:anchor xmlns:a="http://schemas.openxmlformats.org/drawingml/2006/main" distT="0" distB="0" distL="0" distR="0" simplePos="0" relativeHeight="31" behindDoc="0" locked="0" layoutInCell="1" allowOverlap="1">
            <wp:simplePos x="0" y="0"/>
            <wp:positionH relativeFrom="page">
              <wp:posOffset>1116330</wp:posOffset>
            </wp:positionH>
            <wp:positionV relativeFrom="page">
              <wp:posOffset>5500370</wp:posOffset>
            </wp:positionV>
            <wp:extent cx="6656070" cy="381000"/>
            <wp:effectExtent l="0" t="0" r="0" b="0"/>
            <wp:wrapNone/>
            <wp:docPr id="31" name="Text 31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5607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273" w:lineRule="exact"/>
                        </w:pPr>
                        <w:r>
                          <w:rPr>
                            <w:rFonts w:ascii="Sample AvenirNext Regular" w:hAnsi="Sample AvenirNext Regular" w:cs="Sample AvenirNext Regular" w:eastAsia="Sample AvenirNext Regular"/>
                            <w:sz w:val="20"/>
                          </w:rPr>
                          <w:t xml:space="preserve">• Reworked consumer acquisition for Evervale supplemental health plans by refining </w:t>
                        </w:r>
                      </w:p>
                    </w:txbxContent>
                  </wps:txbx>
                  <wps:bodyPr rot="0" spcFirstLastPara="0" vertOverflow="overflow" horzOverflow="overflow" vert="horz" wrap="none" lIns="0" tIns="0" rIns="0" bIns="0" anchor="t" anchorCtr="0">
                    <a:noAutofit/>
                  </wps:bodyPr>
                </wps:wsp>
              </a:graphicData>
            </a:graphic>
          </wp:anchor>
        </w:drawing>
      </w:r>
      <w:r>
        <w:drawing>
          <wp:anchor xmlns:a="http://schemas.openxmlformats.org/drawingml/2006/main" distT="0" distB="0" distL="0" distR="0" simplePos="0" relativeHeight="32" behindDoc="0" locked="0" layoutInCell="1" allowOverlap="1">
            <wp:simplePos x="0" y="0"/>
            <wp:positionH relativeFrom="page">
              <wp:posOffset>1230630</wp:posOffset>
            </wp:positionH>
            <wp:positionV relativeFrom="page">
              <wp:posOffset>5678170</wp:posOffset>
            </wp:positionV>
            <wp:extent cx="6541770" cy="381000"/>
            <wp:effectExtent l="0" t="0" r="0" b="0"/>
            <wp:wrapNone/>
            <wp:docPr id="32" name="Text 32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4177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273" w:lineRule="exact"/>
                        </w:pPr>
                        <w:r>
                          <w:rPr>
                            <w:rFonts w:ascii="Sample AvenirNext Regular" w:hAnsi="Sample AvenirNext Regular" w:cs="Sample AvenirNext Regular" w:eastAsia="Sample AvenirNext Regular"/>
                            <w:sz w:val="20"/>
                          </w:rPr>
                          <w:t xml:space="preserve">audience segments, simplifying offers and coordinating the contact schedule. </w:t>
                        </w:r>
                      </w:p>
                    </w:txbxContent>
                  </wps:txbx>
                  <wps:bodyPr rot="0" spcFirstLastPara="0" vertOverflow="overflow" horzOverflow="overflow" vert="horz" wrap="none" lIns="0" tIns="0" rIns="0" bIns="0" anchor="t" anchorCtr="0">
                    <a:noAutofit/>
                  </wps:bodyPr>
                </wps:wsp>
              </a:graphicData>
            </a:graphic>
          </wp:anchor>
        </w:drawing>
      </w:r>
      <w:r>
        <w:drawing>
          <wp:anchor xmlns:a="http://schemas.openxmlformats.org/drawingml/2006/main" distT="0" distB="0" distL="0" distR="0" simplePos="0" relativeHeight="33" behindDoc="0" locked="0" layoutInCell="1" allowOverlap="1">
            <wp:simplePos x="0" y="0"/>
            <wp:positionH relativeFrom="page">
              <wp:posOffset>1116330</wp:posOffset>
            </wp:positionH>
            <wp:positionV relativeFrom="page">
              <wp:posOffset>5855970</wp:posOffset>
            </wp:positionV>
            <wp:extent cx="6656070" cy="381000"/>
            <wp:effectExtent l="0" t="0" r="0" b="0"/>
            <wp:wrapNone/>
            <wp:docPr id="33" name="Text 33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5607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273" w:lineRule="exact"/>
                        </w:pPr>
                        <w:r>
                          <w:rPr>
                            <w:rFonts w:ascii="Sample AvenirNext Regular" w:hAnsi="Sample AvenirNext Regular" w:cs="Sample AvenirNext Regular" w:eastAsia="Sample AvenirNext Regular"/>
                            <w:sz w:val="20"/>
                          </w:rPr>
                          <w:t xml:space="preserve">• Launched HarborHealth’s “Care in Action” employee volunteer program, developing its </w:t>
                        </w:r>
                      </w:p>
                    </w:txbxContent>
                  </wps:txbx>
                  <wps:bodyPr rot="0" spcFirstLastPara="0" vertOverflow="overflow" horzOverflow="overflow" vert="horz" wrap="none" lIns="0" tIns="0" rIns="0" bIns="0" anchor="t" anchorCtr="0">
                    <a:noAutofit/>
                  </wps:bodyPr>
                </wps:wsp>
              </a:graphicData>
            </a:graphic>
          </wp:anchor>
        </w:drawing>
      </w:r>
      <w:r>
        <w:drawing>
          <wp:anchor xmlns:a="http://schemas.openxmlformats.org/drawingml/2006/main" distT="0" distB="0" distL="0" distR="0" simplePos="0" relativeHeight="34" behindDoc="0" locked="0" layoutInCell="1" allowOverlap="1">
            <wp:simplePos x="0" y="0"/>
            <wp:positionH relativeFrom="page">
              <wp:posOffset>1230630</wp:posOffset>
            </wp:positionH>
            <wp:positionV relativeFrom="page">
              <wp:posOffset>6033770</wp:posOffset>
            </wp:positionV>
            <wp:extent cx="6541770" cy="381000"/>
            <wp:effectExtent l="0" t="0" r="0" b="0"/>
            <wp:wrapNone/>
            <wp:docPr id="34" name="Text 34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4177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273" w:lineRule="exact"/>
                        </w:pPr>
                        <w:r>
                          <w:rPr>
                            <w:rFonts w:ascii="Sample AvenirNext Regular" w:hAnsi="Sample AvenirNext Regular" w:cs="Sample AvenirNext Regular" w:eastAsia="Sample AvenirNext Regular"/>
                            <w:sz w:val="20"/>
                          </w:rPr>
                          <w:t xml:space="preserve">digital content and coordinating a new site, local events and internal communications. </w:t>
                        </w:r>
                      </w:p>
                    </w:txbxContent>
                  </wps:txbx>
                  <wps:bodyPr rot="0" spcFirstLastPara="0" vertOverflow="overflow" horzOverflow="overflow" vert="horz" wrap="none" lIns="0" tIns="0" rIns="0" bIns="0" anchor="t" anchorCtr="0">
                    <a:noAutofit/>
                  </wps:bodyPr>
                </wps:wsp>
              </a:graphicData>
            </a:graphic>
          </wp:anchor>
        </w:drawing>
      </w:r>
      <w:r>
        <w:drawing>
          <wp:anchor xmlns:a="http://schemas.openxmlformats.org/drawingml/2006/main" distT="0" distB="0" distL="0" distR="0" simplePos="0" relativeHeight="35" behindDoc="0" locked="0" layoutInCell="1" allowOverlap="1">
            <wp:simplePos x="0" y="0"/>
            <wp:positionH relativeFrom="page">
              <wp:posOffset>735330</wp:posOffset>
            </wp:positionH>
            <wp:positionV relativeFrom="page">
              <wp:posOffset>6311900</wp:posOffset>
            </wp:positionV>
            <wp:extent cx="7037070" cy="381000"/>
            <wp:effectExtent l="0" t="0" r="0" b="0"/>
            <wp:wrapNone/>
            <wp:docPr id="35" name="Text 35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3707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301" w:lineRule="exact"/>
                        </w:pPr>
                        <w:r>
                          <w:rPr>
                            <w:rFonts w:ascii="Sample Avenir Heavy" w:hAnsi="Sample Avenir Heavy" w:cs="Sample Avenir Heavy" w:eastAsia="Sample Avenir Heavy"/>
                            <w:sz w:val="22"/>
                          </w:rPr>
                          <w:t xml:space="preserve">Associate Head of Print Project Management; NORTHARC;</w:t>
                        </w:r>
                      </w:p>
                    </w:txbxContent>
                  </wps:txbx>
                  <wps:bodyPr rot="0" spcFirstLastPara="0" vertOverflow="overflow" horzOverflow="overflow" vert="horz" wrap="none" lIns="0" tIns="0" rIns="0" bIns="0" anchor="t" anchorCtr="0">
                    <a:noAutofit/>
                  </wps:bodyPr>
                </wps:wsp>
              </a:graphicData>
            </a:graphic>
          </wp:anchor>
        </w:drawing>
      </w:r>
      <w:r>
        <w:drawing>
          <wp:anchor xmlns:a="http://schemas.openxmlformats.org/drawingml/2006/main" distT="0" distB="0" distL="0" distR="0" simplePos="0" relativeHeight="36" behindDoc="0" locked="0" layoutInCell="1" allowOverlap="1">
            <wp:simplePos x="0" y="0"/>
            <wp:positionH relativeFrom="page">
              <wp:posOffset>4658386</wp:posOffset>
            </wp:positionH>
            <wp:positionV relativeFrom="page">
              <wp:posOffset>6311900</wp:posOffset>
            </wp:positionV>
            <wp:extent cx="3114014" cy="381000"/>
            <wp:effectExtent l="0" t="0" r="0" b="0"/>
            <wp:wrapNone/>
            <wp:docPr id="36" name="Text 36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114014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301" w:lineRule="exact"/>
                        </w:pPr>
                        <w:r>
                          <w:rPr>
                            <w:rFonts w:ascii="Sample AvenirNext Regular" w:hAnsi="Sample AvenirNext Regular" w:cs="Sample AvenirNext Regular" w:eastAsia="Sample AvenirNext Regular"/>
                            <w:sz w:val="22"/>
                            <w:spacing w:val="-6"/>
                          </w:rPr>
                          <w:t xml:space="preserve">NY, NY;</w:t>
                        </w:r>
                      </w:p>
                    </w:txbxContent>
                  </wps:txbx>
                  <wps:bodyPr rot="0" spcFirstLastPara="0" vertOverflow="overflow" horzOverflow="overflow" vert="horz" wrap="none" lIns="0" tIns="0" rIns="0" bIns="0" anchor="t" anchorCtr="0">
                    <a:noAutofit/>
                  </wps:bodyPr>
                </wps:wsp>
              </a:graphicData>
            </a:graphic>
          </wp:anchor>
        </w:drawing>
      </w:r>
      <w:r>
        <w:drawing>
          <wp:anchor xmlns:a="http://schemas.openxmlformats.org/drawingml/2006/main" distT="0" distB="0" distL="0" distR="0" simplePos="0" relativeHeight="37" behindDoc="0" locked="0" layoutInCell="1" allowOverlap="1">
            <wp:simplePos x="0" y="0"/>
            <wp:positionH relativeFrom="page">
              <wp:posOffset>5167833</wp:posOffset>
            </wp:positionH>
            <wp:positionV relativeFrom="page">
              <wp:posOffset>6311900</wp:posOffset>
            </wp:positionV>
            <wp:extent cx="2604567" cy="381000"/>
            <wp:effectExtent l="0" t="0" r="0" b="0"/>
            <wp:wrapNone/>
            <wp:docPr id="37" name="Text 37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04567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301" w:lineRule="exact"/>
                        </w:pPr>
                        <w:r>
                          <w:rPr>
                            <w:rFonts w:ascii="Sample AvenirNext Regular" w:hAnsi="Sample AvenirNext Regular" w:cs="Sample AvenirNext Regular" w:eastAsia="Sample AvenirNext Regular"/>
                            <w:sz w:val="22"/>
                          </w:rPr>
                          <w:t xml:space="preserve">06/12 – 09/17 </w:t>
                        </w:r>
                      </w:p>
                    </w:txbxContent>
                  </wps:txbx>
                  <wps:bodyPr rot="0" spcFirstLastPara="0" vertOverflow="overflow" horzOverflow="overflow" vert="horz" wrap="none" lIns="0" tIns="0" rIns="0" bIns="0" anchor="t" anchorCtr="0">
                    <a:noAutofit/>
                  </wps:bodyPr>
                </wps:wsp>
              </a:graphicData>
            </a:graphic>
          </wp:anchor>
        </w:drawing>
      </w:r>
      <w:r>
        <w:drawing>
          <wp:anchor xmlns:a="http://schemas.openxmlformats.org/drawingml/2006/main" distT="0" distB="0" distL="0" distR="0" simplePos="0" relativeHeight="38" behindDoc="0" locked="0" layoutInCell="1" allowOverlap="1">
            <wp:simplePos x="0" y="0"/>
            <wp:positionH relativeFrom="page">
              <wp:posOffset>1116330</wp:posOffset>
            </wp:positionH>
            <wp:positionV relativeFrom="page">
              <wp:posOffset>6503670</wp:posOffset>
            </wp:positionV>
            <wp:extent cx="6656070" cy="381000"/>
            <wp:effectExtent l="0" t="0" r="0" b="0"/>
            <wp:wrapNone/>
            <wp:docPr id="38" name="Text 38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5607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273" w:lineRule="exact"/>
                        </w:pPr>
                        <w:r>
                          <w:rPr>
                            <w:rFonts w:ascii="Sample AvenirNext Regular" w:hAnsi="Sample AvenirNext Regular" w:cs="Sample AvenirNext Regular" w:eastAsia="Sample AvenirNext Regular"/>
                            <w:sz w:val="20"/>
                            <w:spacing w:val="-1"/>
                          </w:rPr>
                          <w:t xml:space="preserve">• Managed print delivery for six technology and retail accounts, meeting 98 percent of launch deadlines. </w:t>
                        </w:r>
                      </w:p>
                    </w:txbxContent>
                  </wps:txbx>
                  <wps:bodyPr rot="0" spcFirstLastPara="0" vertOverflow="overflow" horzOverflow="overflow" vert="horz" wrap="none" lIns="0" tIns="0" rIns="0" bIns="0" anchor="t" anchorCtr="0">
                    <a:noAutofit/>
                  </wps:bodyPr>
                </wps:wsp>
              </a:graphicData>
            </a:graphic>
          </wp:anchor>
        </w:drawing>
      </w:r>
      <w:r>
        <w:drawing>
          <wp:anchor xmlns:a="http://schemas.openxmlformats.org/drawingml/2006/main" distT="0" distB="0" distL="0" distR="0" simplePos="0" relativeHeight="39" behindDoc="0" locked="0" layoutInCell="1" allowOverlap="1">
            <wp:simplePos x="0" y="0"/>
            <wp:positionH relativeFrom="page">
              <wp:posOffset>735330</wp:posOffset>
            </wp:positionH>
            <wp:positionV relativeFrom="page">
              <wp:posOffset>6781800</wp:posOffset>
            </wp:positionV>
            <wp:extent cx="7037070" cy="381000"/>
            <wp:effectExtent l="0" t="0" r="0" b="0"/>
            <wp:wrapNone/>
            <wp:docPr id="39" name="Text 39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3707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301" w:lineRule="exact"/>
                        </w:pPr>
                        <w:r>
                          <w:rPr>
                            <w:rFonts w:ascii="Sample Avenir Heavy" w:hAnsi="Sample Avenir Heavy" w:cs="Sample Avenir Heavy" w:eastAsia="Sample Avenir Heavy"/>
                            <w:sz w:val="22"/>
                            <w:spacing w:val="-2"/>
                          </w:rPr>
                          <w:t xml:space="preserve">Research Associate; NORTHARC INSIGHTS, NORTH &amp; FIELD;</w:t>
                        </w:r>
                      </w:p>
                    </w:txbxContent>
                  </wps:txbx>
                  <wps:bodyPr rot="0" spcFirstLastPara="0" vertOverflow="overflow" horzOverflow="overflow" vert="horz" wrap="none" lIns="0" tIns="0" rIns="0" bIns="0" anchor="t" anchorCtr="0">
                    <a:noAutofit/>
                  </wps:bodyPr>
                </wps:wsp>
              </a:graphicData>
            </a:graphic>
          </wp:anchor>
        </w:drawing>
      </w:r>
      <w:r>
        <w:drawing>
          <wp:anchor xmlns:a="http://schemas.openxmlformats.org/drawingml/2006/main" distT="0" distB="0" distL="0" distR="0" simplePos="0" relativeHeight="40" behindDoc="0" locked="0" layoutInCell="1" allowOverlap="1">
            <wp:simplePos x="0" y="0"/>
            <wp:positionH relativeFrom="page">
              <wp:posOffset>4808982</wp:posOffset>
            </wp:positionH>
            <wp:positionV relativeFrom="page">
              <wp:posOffset>6781800</wp:posOffset>
            </wp:positionV>
            <wp:extent cx="2963418" cy="381000"/>
            <wp:effectExtent l="0" t="0" r="0" b="0"/>
            <wp:wrapNone/>
            <wp:docPr id="40" name="Text 40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63418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301" w:lineRule="exact"/>
                        </w:pPr>
                        <w:r>
                          <w:rPr>
                            <w:rFonts w:ascii="Sample AvenirNext Regular" w:hAnsi="Sample AvenirNext Regular" w:cs="Sample AvenirNext Regular" w:eastAsia="Sample AvenirNext Regular"/>
                            <w:sz w:val="22"/>
                            <w:spacing w:val="-6"/>
                          </w:rPr>
                          <w:t xml:space="preserve">NY, NY;</w:t>
                        </w:r>
                      </w:p>
                    </w:txbxContent>
                  </wps:txbx>
                  <wps:bodyPr rot="0" spcFirstLastPara="0" vertOverflow="overflow" horzOverflow="overflow" vert="horz" wrap="none" lIns="0" tIns="0" rIns="0" bIns="0" anchor="t" anchorCtr="0">
                    <a:noAutofit/>
                  </wps:bodyPr>
                </wps:wsp>
              </a:graphicData>
            </a:graphic>
          </wp:anchor>
        </w:drawing>
      </w:r>
      <w:r>
        <w:drawing>
          <wp:anchor xmlns:a="http://schemas.openxmlformats.org/drawingml/2006/main" distT="0" distB="0" distL="0" distR="0" simplePos="0" relativeHeight="41" behindDoc="0" locked="0" layoutInCell="1" allowOverlap="1">
            <wp:simplePos x="0" y="0"/>
            <wp:positionH relativeFrom="page">
              <wp:posOffset>5318430</wp:posOffset>
            </wp:positionH>
            <wp:positionV relativeFrom="page">
              <wp:posOffset>6781800</wp:posOffset>
            </wp:positionV>
            <wp:extent cx="2453970" cy="381000"/>
            <wp:effectExtent l="0" t="0" r="0" b="0"/>
            <wp:wrapNone/>
            <wp:docPr id="41" name="Text 41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397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301" w:lineRule="exact"/>
                        </w:pPr>
                        <w:r>
                          <w:rPr>
                            <w:rFonts w:ascii="Sample AvenirNext Regular" w:hAnsi="Sample AvenirNext Regular" w:cs="Sample AvenirNext Regular" w:eastAsia="Sample AvenirNext Regular"/>
                            <w:sz w:val="22"/>
                          </w:rPr>
                          <w:t xml:space="preserve">01/09 – 03/12 </w:t>
                        </w:r>
                      </w:p>
                    </w:txbxContent>
                  </wps:txbx>
                  <wps:bodyPr rot="0" spcFirstLastPara="0" vertOverflow="overflow" horzOverflow="overflow" vert="horz" wrap="none" lIns="0" tIns="0" rIns="0" bIns="0" anchor="t" anchorCtr="0">
                    <a:noAutofit/>
                  </wps:bodyPr>
                </wps:wsp>
              </a:graphicData>
            </a:graphic>
          </wp:anchor>
        </w:drawing>
      </w:r>
      <w:r>
        <w:drawing>
          <wp:anchor xmlns:a="http://schemas.openxmlformats.org/drawingml/2006/main" distT="0" distB="0" distL="0" distR="0" simplePos="0" relativeHeight="42" behindDoc="0" locked="0" layoutInCell="1" allowOverlap="1">
            <wp:simplePos x="0" y="0"/>
            <wp:positionH relativeFrom="page">
              <wp:posOffset>1116330</wp:posOffset>
            </wp:positionH>
            <wp:positionV relativeFrom="page">
              <wp:posOffset>6973570</wp:posOffset>
            </wp:positionV>
            <wp:extent cx="6656070" cy="381000"/>
            <wp:effectExtent l="0" t="0" r="0" b="0"/>
            <wp:wrapNone/>
            <wp:docPr id="42" name="Text 42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5607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273" w:lineRule="exact"/>
                        </w:pPr>
                        <w:r>
                          <w:rPr>
                            <w:rFonts w:ascii="Sample AvenirNext Regular" w:hAnsi="Sample AvenirNext Regular" w:cs="Sample AvenirNext Regular" w:eastAsia="Sample AvenirNext Regular"/>
                            <w:sz w:val="20"/>
                          </w:rPr>
                          <w:t xml:space="preserve">• Coordinated field research across four markets for an in-house insights team. </w:t>
                        </w:r>
                      </w:p>
                    </w:txbxContent>
                  </wps:txbx>
                  <wps:bodyPr rot="0" spcFirstLastPara="0" vertOverflow="overflow" horzOverflow="overflow" vert="horz" wrap="none" lIns="0" tIns="0" rIns="0" bIns="0" anchor="t" anchorCtr="0">
                    <a:noAutofit/>
                  </wps:bodyPr>
                </wps:wsp>
              </a:graphicData>
            </a:graphic>
          </wp:anchor>
        </w:drawing>
      </w:r>
      <w:r>
        <w:drawing>
          <wp:anchor xmlns:a="http://schemas.openxmlformats.org/drawingml/2006/main" distT="0" distB="0" distL="0" distR="0" simplePos="0" relativeHeight="43" behindDoc="0" locked="0" layoutInCell="1" allowOverlap="1">
            <wp:simplePos x="0" y="0"/>
            <wp:positionH relativeFrom="page">
              <wp:posOffset>1116330</wp:posOffset>
            </wp:positionH>
            <wp:positionV relativeFrom="page">
              <wp:posOffset>7151370</wp:posOffset>
            </wp:positionV>
            <wp:extent cx="6656070" cy="381000"/>
            <wp:effectExtent l="0" t="0" r="0" b="0"/>
            <wp:wrapNone/>
            <wp:docPr id="43" name="Text 43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5607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273" w:lineRule="exact"/>
                        </w:pPr>
                        <w:r>
                          <w:rPr>
                            <w:rFonts w:ascii="Sample AvenirNext Regular" w:hAnsi="Sample AvenirNext Regular" w:cs="Sample AvenirNext Regular" w:eastAsia="Sample AvenirNext Regular"/>
                            <w:sz w:val="20"/>
                          </w:rPr>
                          <w:t xml:space="preserve">• Turned interviews and field observations into audience profiles and practical campaign briefs. </w:t>
                        </w:r>
                      </w:p>
                    </w:txbxContent>
                  </wps:txbx>
                  <wps:bodyPr rot="0" spcFirstLastPara="0" vertOverflow="overflow" horzOverflow="overflow" vert="horz" wrap="none" lIns="0" tIns="0" rIns="0" bIns="0" anchor="t" anchorCtr="0">
                    <a:noAutofit/>
                  </wps:bodyPr>
                </wps:wsp>
              </a:graphicData>
            </a:graphic>
          </wp:anchor>
        </w:drawing>
      </w:r>
      <w:r>
        <w:drawing>
          <wp:anchor xmlns:a="http://schemas.openxmlformats.org/drawingml/2006/main" distT="0" distB="0" distL="0" distR="0" simplePos="0" relativeHeight="44" behindDoc="0" locked="0" layoutInCell="1" allowOverlap="1">
            <wp:simplePos x="0" y="0"/>
            <wp:positionH relativeFrom="page">
              <wp:posOffset>735330</wp:posOffset>
            </wp:positionH>
            <wp:positionV relativeFrom="page">
              <wp:posOffset>7415530</wp:posOffset>
            </wp:positionV>
            <wp:extent cx="7037070" cy="381000"/>
            <wp:effectExtent l="0" t="0" r="0" b="0"/>
            <wp:wrapNone/>
            <wp:docPr id="44" name="Text 44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3707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328" w:lineRule="exact"/>
                        </w:pPr>
                        <w:r>
                          <w:rPr>
                            <w:rFonts w:ascii="Sample AvenirNext Bold" w:hAnsi="Sample AvenirNext Bold" w:cs="Sample AvenirNext Bold" w:eastAsia="Sample AvenirNext Bold"/>
                            <w:sz w:val="24"/>
                            <w:spacing w:val="-2"/>
                          </w:rPr>
                          <w:t xml:space="preserve">EDUCATION </w:t>
                        </w:r>
                      </w:p>
                    </w:txbxContent>
                  </wps:txbx>
                  <wps:bodyPr rot="0" spcFirstLastPara="0" vertOverflow="overflow" horzOverflow="overflow" vert="horz" wrap="none" lIns="0" tIns="0" rIns="0" bIns="0" anchor="t" anchorCtr="0">
                    <a:noAutofit/>
                  </wps:bodyPr>
                </wps:wsp>
              </a:graphicData>
            </a:graphic>
          </wp:anchor>
        </w:drawing>
      </w:r>
      <w:r>
        <w:drawing>
          <wp:anchor xmlns:a="http://schemas.openxmlformats.org/drawingml/2006/main" distT="0" distB="0" distL="0" distR="0" simplePos="0" relativeHeight="45" behindDoc="0" locked="0" layoutInCell="1" allowOverlap="1">
            <wp:simplePos x="0" y="0"/>
            <wp:positionH relativeFrom="page">
              <wp:posOffset>735330</wp:posOffset>
            </wp:positionH>
            <wp:positionV relativeFrom="page">
              <wp:posOffset>7632700</wp:posOffset>
            </wp:positionV>
            <wp:extent cx="7037070" cy="381000"/>
            <wp:effectExtent l="0" t="0" r="0" b="0"/>
            <wp:wrapNone/>
            <wp:docPr id="45" name="Text 45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3707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301" w:lineRule="exact"/>
                        </w:pPr>
                        <w:r>
                          <w:rPr>
                            <w:rFonts w:ascii="Sample Avenir Heavy" w:hAnsi="Sample Avenir Heavy" w:cs="Sample Avenir Heavy" w:eastAsia="Sample Avenir Heavy"/>
                            <w:sz w:val="22"/>
                          </w:rPr>
                          <w:t xml:space="preserve">NORTH RIVER GRADUATE SCHOOL OF BUSINESS;</w:t>
                        </w:r>
                      </w:p>
                    </w:txbxContent>
                  </wps:txbx>
                  <wps:bodyPr rot="0" spcFirstLastPara="0" vertOverflow="overflow" horzOverflow="overflow" vert="horz" wrap="none" lIns="0" tIns="0" rIns="0" bIns="0" anchor="t" anchorCtr="0">
                    <a:noAutofit/>
                  </wps:bodyPr>
                </wps:wsp>
              </a:graphicData>
            </a:graphic>
          </wp:anchor>
        </w:drawing>
      </w:r>
      <w:r>
        <w:drawing>
          <wp:anchor xmlns:a="http://schemas.openxmlformats.org/drawingml/2006/main" distT="0" distB="0" distL="0" distR="0" simplePos="0" relativeHeight="46" behindDoc="0" locked="0" layoutInCell="1" allowOverlap="1">
            <wp:simplePos x="0" y="0"/>
            <wp:positionH relativeFrom="page">
              <wp:posOffset>4127525</wp:posOffset>
            </wp:positionH>
            <wp:positionV relativeFrom="page">
              <wp:posOffset>7632700</wp:posOffset>
            </wp:positionV>
            <wp:extent cx="3644875" cy="381000"/>
            <wp:effectExtent l="0" t="0" r="0" b="0"/>
            <wp:wrapNone/>
            <wp:docPr id="46" name="Text 46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4487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301" w:lineRule="exact"/>
                        </w:pPr>
                        <w:r>
                          <w:rPr>
                            <w:rFonts w:ascii="Sample AvenirNext Regular" w:hAnsi="Sample AvenirNext Regular" w:cs="Sample AvenirNext Regular" w:eastAsia="Sample AvenirNext Regular"/>
                            <w:sz w:val="22"/>
                            <w:spacing w:val="-2"/>
                          </w:rPr>
                          <w:t xml:space="preserve">New York, NY; MBA, concentrations in </w:t>
                        </w:r>
                      </w:p>
                    </w:txbxContent>
                  </wps:txbx>
                  <wps:bodyPr rot="0" spcFirstLastPara="0" vertOverflow="overflow" horzOverflow="overflow" vert="horz" wrap="none" lIns="0" tIns="0" rIns="0" bIns="0" anchor="t" anchorCtr="0">
                    <a:noAutofit/>
                  </wps:bodyPr>
                </wps:wsp>
              </a:graphicData>
            </a:graphic>
          </wp:anchor>
        </w:drawing>
      </w:r>
      <w:r>
        <w:drawing>
          <wp:anchor xmlns:a="http://schemas.openxmlformats.org/drawingml/2006/main" distT="0" distB="0" distL="0" distR="0" simplePos="0" relativeHeight="47" behindDoc="0" locked="0" layoutInCell="1" allowOverlap="1">
            <wp:simplePos x="0" y="0"/>
            <wp:positionH relativeFrom="page">
              <wp:posOffset>735330</wp:posOffset>
            </wp:positionH>
            <wp:positionV relativeFrom="page">
              <wp:posOffset>7823200</wp:posOffset>
            </wp:positionV>
            <wp:extent cx="7037070" cy="381000"/>
            <wp:effectExtent l="0" t="0" r="0" b="0"/>
            <wp:wrapNone/>
            <wp:docPr id="47" name="Text 47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3707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301" w:lineRule="exact"/>
                        </w:pPr>
                        <w:r>
                          <w:rPr>
                            <w:rFonts w:ascii="Sample AvenirNext Regular" w:hAnsi="Sample AvenirNext Regular" w:cs="Sample AvenirNext Regular" w:eastAsia="Sample AvenirNext Regular"/>
                            <w:sz w:val="22"/>
                          </w:rPr>
                          <w:t xml:space="preserve">Marketing and Business Analytics</w:t>
                        </w:r>
                      </w:p>
                    </w:txbxContent>
                  </wps:txbx>
                  <wps:bodyPr rot="0" spcFirstLastPara="0" vertOverflow="overflow" horzOverflow="overflow" vert="horz" wrap="none" lIns="0" tIns="0" rIns="0" bIns="0" anchor="t" anchorCtr="0">
                    <a:noAutofit/>
                  </wps:bodyPr>
                </wps:wsp>
              </a:graphicData>
            </a:graphic>
          </wp:anchor>
        </w:drawing>
      </w:r>
      <w:r>
        <w:drawing>
          <wp:anchor xmlns:a="http://schemas.openxmlformats.org/drawingml/2006/main" distT="0" distB="0" distL="0" distR="0" simplePos="0" relativeHeight="48" behindDoc="0" locked="0" layoutInCell="1" allowOverlap="1">
            <wp:simplePos x="0" y="0"/>
            <wp:positionH relativeFrom="page">
              <wp:posOffset>735330</wp:posOffset>
            </wp:positionH>
            <wp:positionV relativeFrom="page">
              <wp:posOffset>8013700</wp:posOffset>
            </wp:positionV>
            <wp:extent cx="7037070" cy="381000"/>
            <wp:effectExtent l="0" t="0" r="0" b="0"/>
            <wp:wrapNone/>
            <wp:docPr id="48" name="Text 48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3707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301" w:lineRule="exact"/>
                        </w:pPr>
                        <w:r>
                          <w:rPr>
                            <w:rFonts w:ascii="Sample Avenir Heavy" w:hAnsi="Sample Avenir Heavy" w:cs="Sample Avenir Heavy" w:eastAsia="Sample Avenir Heavy"/>
                            <w:sz w:val="22"/>
                            <w:spacing w:val="-1"/>
                          </w:rPr>
                          <w:t xml:space="preserve">CRESTFORD COLLEGE;</w:t>
                        </w:r>
                      </w:p>
                    </w:txbxContent>
                  </wps:txbx>
                  <wps:bodyPr rot="0" spcFirstLastPara="0" vertOverflow="overflow" horzOverflow="overflow" vert="horz" wrap="none" lIns="0" tIns="0" rIns="0" bIns="0" anchor="t" anchorCtr="0">
                    <a:noAutofit/>
                  </wps:bodyPr>
                </wps:wsp>
              </a:graphicData>
            </a:graphic>
          </wp:anchor>
        </w:drawing>
      </w:r>
      <w:r>
        <w:drawing>
          <wp:anchor xmlns:a="http://schemas.openxmlformats.org/drawingml/2006/main" distT="0" distB="0" distL="0" distR="0" simplePos="0" relativeHeight="49" behindDoc="0" locked="0" layoutInCell="1" allowOverlap="1">
            <wp:simplePos x="0" y="0"/>
            <wp:positionH relativeFrom="page">
              <wp:posOffset>2342299</wp:posOffset>
            </wp:positionH>
            <wp:positionV relativeFrom="page">
              <wp:posOffset>8013700</wp:posOffset>
            </wp:positionV>
            <wp:extent cx="5430101" cy="381000"/>
            <wp:effectExtent l="0" t="0" r="0" b="0"/>
            <wp:wrapNone/>
            <wp:docPr id="49" name="Text 49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30101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301" w:lineRule="exact"/>
                        </w:pPr>
                        <w:r>
                          <w:rPr>
                            <w:rFonts w:ascii="Sample AvenirNext Regular" w:hAnsi="Sample AvenirNext Regular" w:cs="Sample AvenirNext Regular" w:eastAsia="Sample AvenirNext Regular"/>
                            <w:sz w:val="22"/>
                            <w:spacing w:val="-1"/>
                          </w:rPr>
                          <w:t xml:space="preserve">Crestford, PA; Bachelor of Arts in Public Policy </w:t>
                        </w:r>
                      </w:p>
                    </w:txbxContent>
                  </wps:txbx>
                  <wps:bodyPr rot="0" spcFirstLastPara="0" vertOverflow="overflow" horzOverflow="overflow" vert="horz" wrap="none" lIns="0" tIns="0" rIns="0" bIns="0" anchor="t" anchorCtr="0">
                    <a:noAutofit/>
                  </wps:bodyPr>
                </wps:wsp>
              </a:graphicData>
            </a:graphic>
          </wp:anchor>
        </w:drawing>
      </w:r>
      <w:r>
        <w:drawing>
          <wp:anchor xmlns:a="http://schemas.openxmlformats.org/drawingml/2006/main" distT="0" distB="0" distL="0" distR="0" simplePos="0" relativeHeight="50" behindDoc="0" locked="0" layoutInCell="1" allowOverlap="1">
            <wp:simplePos x="0" y="0"/>
            <wp:positionH relativeFrom="page">
              <wp:posOffset>735330</wp:posOffset>
            </wp:positionH>
            <wp:positionV relativeFrom="page">
              <wp:posOffset>8291830</wp:posOffset>
            </wp:positionV>
            <wp:extent cx="7037070" cy="381000"/>
            <wp:effectExtent l="0" t="0" r="0" b="0"/>
            <wp:wrapNone/>
            <wp:docPr id="50" name="Text 50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3707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328" w:lineRule="exact"/>
                        </w:pPr>
                        <w:r>
                          <w:rPr>
                            <w:rFonts w:ascii="Sample AvenirNext Bold" w:hAnsi="Sample AvenirNext Bold" w:cs="Sample AvenirNext Bold" w:eastAsia="Sample AvenirNext Bold"/>
                            <w:sz w:val="24"/>
                            <w:spacing w:val="-1"/>
                          </w:rPr>
                          <w:t xml:space="preserve">AWARDS </w:t>
                        </w:r>
                      </w:p>
                    </w:txbxContent>
                  </wps:txbx>
                  <wps:bodyPr rot="0" spcFirstLastPara="0" vertOverflow="overflow" horzOverflow="overflow" vert="horz" wrap="none" lIns="0" tIns="0" rIns="0" bIns="0" anchor="t" anchorCtr="0">
                    <a:noAutofit/>
                  </wps:bodyPr>
                </wps:wsp>
              </a:graphicData>
            </a:graphic>
          </wp:anchor>
        </w:drawing>
      </w:r>
      <w:r>
        <w:drawing>
          <wp:anchor xmlns:a="http://schemas.openxmlformats.org/drawingml/2006/main" distT="0" distB="0" distL="0" distR="0" simplePos="0" relativeHeight="51" behindDoc="0" locked="0" layoutInCell="1" allowOverlap="1">
            <wp:simplePos x="0" y="0"/>
            <wp:positionH relativeFrom="page">
              <wp:posOffset>735330</wp:posOffset>
            </wp:positionH>
            <wp:positionV relativeFrom="page">
              <wp:posOffset>8496300</wp:posOffset>
            </wp:positionV>
            <wp:extent cx="7037070" cy="381000"/>
            <wp:effectExtent l="0" t="0" r="0" b="0"/>
            <wp:wrapNone/>
            <wp:docPr id="51" name="Text 51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3707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301" w:lineRule="exact"/>
                        </w:pPr>
                        <w:r>
                          <w:rPr>
                            <w:rFonts w:ascii="Sample Avenir Heavy" w:hAnsi="Sample Avenir Heavy" w:cs="Sample Avenir Heavy" w:eastAsia="Sample Avenir Heavy"/>
                            <w:sz w:val="22"/>
                            <w:spacing w:val="-1"/>
                          </w:rPr>
                          <w:t xml:space="preserve">Crestline, ARCIES:</w:t>
                        </w:r>
                      </w:p>
                    </w:txbxContent>
                  </wps:txbx>
                  <wps:bodyPr rot="0" spcFirstLastPara="0" vertOverflow="overflow" horzOverflow="overflow" vert="horz" wrap="none" lIns="0" tIns="0" rIns="0" bIns="0" anchor="t" anchorCtr="0">
                    <a:noAutofit/>
                  </wps:bodyPr>
                </wps:wsp>
              </a:graphicData>
            </a:graphic>
          </wp:anchor>
        </w:drawing>
      </w:r>
      <w:r>
        <w:drawing>
          <wp:anchor xmlns:a="http://schemas.openxmlformats.org/drawingml/2006/main" distT="0" distB="0" distL="0" distR="0" simplePos="0" relativeHeight="52" behindDoc="0" locked="0" layoutInCell="1" allowOverlap="1">
            <wp:simplePos x="0" y="0"/>
            <wp:positionH relativeFrom="page">
              <wp:posOffset>1907273</wp:posOffset>
            </wp:positionH>
            <wp:positionV relativeFrom="page">
              <wp:posOffset>8496300</wp:posOffset>
            </wp:positionV>
            <wp:extent cx="5865127" cy="381000"/>
            <wp:effectExtent l="0" t="0" r="0" b="0"/>
            <wp:wrapNone/>
            <wp:docPr id="52" name="Text 52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65127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301" w:lineRule="exact"/>
                        </w:pPr>
                        <w:r>
                          <w:rPr>
                            <w:rFonts w:ascii="Sample AvenirNext Regular" w:hAnsi="Sample AvenirNext Regular" w:cs="Sample AvenirNext Regular" w:eastAsia="Sample AvenirNext Regular"/>
                            <w:sz w:val="22"/>
                          </w:rPr>
                          <w:t xml:space="preserve"> Acquisition and Retention Marketing, 2025 </w:t>
                        </w:r>
                      </w:p>
                    </w:txbxContent>
                  </wps:txbx>
                  <wps:bodyPr rot="0" spcFirstLastPara="0" vertOverflow="overflow" horzOverflow="overflow" vert="horz" wrap="none" lIns="0" tIns="0" rIns="0" bIns="0" anchor="t" anchorCtr="0">
                    <a:noAutofit/>
                  </wps:bodyPr>
                </wps:wsp>
              </a:graphicData>
            </a:graphic>
          </wp:anchor>
        </w:drawing>
      </w:r>
      <w:r>
        <w:drawing>
          <wp:anchor xmlns:a="http://schemas.openxmlformats.org/drawingml/2006/main" distT="0" distB="0" distL="0" distR="0" simplePos="0" relativeHeight="53" behindDoc="0" locked="0" layoutInCell="1" allowOverlap="1">
            <wp:simplePos x="0" y="0"/>
            <wp:positionH relativeFrom="page">
              <wp:posOffset>735330</wp:posOffset>
            </wp:positionH>
            <wp:positionV relativeFrom="page">
              <wp:posOffset>8686800</wp:posOffset>
            </wp:positionV>
            <wp:extent cx="7037070" cy="381000"/>
            <wp:effectExtent l="0" t="0" r="0" b="0"/>
            <wp:wrapNone/>
            <wp:docPr id="53" name="Text 53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3707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301" w:lineRule="exact"/>
                        </w:pPr>
                        <w:r>
                          <w:rPr>
                            <w:rFonts w:ascii="Sample Avenir Heavy" w:hAnsi="Sample Avenir Heavy" w:cs="Sample Avenir Heavy" w:eastAsia="Sample Avenir Heavy"/>
                            <w:sz w:val="22"/>
                          </w:rPr>
                          <w:t xml:space="preserve">Northport DMA, Pinnacles:</w:t>
                        </w:r>
                      </w:p>
                    </w:txbxContent>
                  </wps:txbx>
                  <wps:bodyPr rot="0" spcFirstLastPara="0" vertOverflow="overflow" horzOverflow="overflow" vert="horz" wrap="none" lIns="0" tIns="0" rIns="0" bIns="0" anchor="t" anchorCtr="0">
                    <a:noAutofit/>
                  </wps:bodyPr>
                </wps:wsp>
              </a:graphicData>
            </a:graphic>
          </wp:anchor>
        </w:drawing>
      </w:r>
      <w:r>
        <w:drawing>
          <wp:anchor xmlns:a="http://schemas.openxmlformats.org/drawingml/2006/main" distT="0" distB="0" distL="0" distR="0" simplePos="0" relativeHeight="54" behindDoc="0" locked="0" layoutInCell="1" allowOverlap="1">
            <wp:simplePos x="0" y="0"/>
            <wp:positionH relativeFrom="page">
              <wp:posOffset>2499881</wp:posOffset>
            </wp:positionH>
            <wp:positionV relativeFrom="page">
              <wp:posOffset>8686800</wp:posOffset>
            </wp:positionV>
            <wp:extent cx="5272519" cy="381000"/>
            <wp:effectExtent l="0" t="0" r="0" b="0"/>
            <wp:wrapNone/>
            <wp:docPr id="54" name="Text 54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72519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301" w:lineRule="exact"/>
                        </w:pPr>
                        <w:r>
                          <w:rPr>
                            <w:rFonts w:ascii="Sample AvenirNext Regular" w:hAnsi="Sample AvenirNext Regular" w:cs="Sample AvenirNext Regular" w:eastAsia="Sample AvenirNext Regular"/>
                            <w:sz w:val="22"/>
                            <w:spacing w:val="-1"/>
                          </w:rPr>
                          <w:t xml:space="preserve"> Campaign Innovation, 2025 </w:t>
                        </w:r>
                      </w:p>
                    </w:txbxContent>
                  </wps:txbx>
                  <wps:bodyPr rot="0" spcFirstLastPara="0" vertOverflow="overflow" horzOverflow="overflow" vert="horz" wrap="none" lIns="0" tIns="0" rIns="0" bIns="0" anchor="t" anchorCtr="0">
                    <a:noAutofit/>
                  </wps:bodyPr>
                </wps:wsp>
              </a:graphicData>
            </a:graphic>
          </wp:anchor>
        </w:drawing>
      </w:r>
      <w:r>
        <w:drawing>
          <wp:anchor xmlns:a="http://schemas.openxmlformats.org/drawingml/2006/main" distT="0" distB="0" distL="0" distR="0" simplePos="0" relativeHeight="55" behindDoc="0" locked="0" layoutInCell="1" allowOverlap="1">
            <wp:simplePos x="0" y="0"/>
            <wp:positionH relativeFrom="page">
              <wp:posOffset>735330</wp:posOffset>
            </wp:positionH>
            <wp:positionV relativeFrom="page">
              <wp:posOffset>8877300</wp:posOffset>
            </wp:positionV>
            <wp:extent cx="7037070" cy="381000"/>
            <wp:effectExtent l="0" t="0" r="0" b="0"/>
            <wp:wrapNone/>
            <wp:docPr id="55" name="Text 55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3707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301" w:lineRule="exact"/>
                        </w:pPr>
                        <w:r>
                          <w:rPr>
                            <w:rFonts w:ascii="Sample Avenir Heavy" w:hAnsi="Sample Avenir Heavy" w:cs="Sample Avenir Heavy" w:eastAsia="Sample Avenir Heavy"/>
                            <w:sz w:val="22"/>
                            <w:spacing w:val="-1"/>
                          </w:rPr>
                          <w:t xml:space="preserve">Crestline, ARCIES:</w:t>
                        </w:r>
                      </w:p>
                    </w:txbxContent>
                  </wps:txbx>
                  <wps:bodyPr rot="0" spcFirstLastPara="0" vertOverflow="overflow" horzOverflow="overflow" vert="horz" wrap="none" lIns="0" tIns="0" rIns="0" bIns="0" anchor="t" anchorCtr="0">
                    <a:noAutofit/>
                  </wps:bodyPr>
                </wps:wsp>
              </a:graphicData>
            </a:graphic>
          </wp:anchor>
        </w:drawing>
      </w:r>
      <w:r>
        <w:drawing>
          <wp:anchor xmlns:a="http://schemas.openxmlformats.org/drawingml/2006/main" distT="0" distB="0" distL="0" distR="0" simplePos="0" relativeHeight="56" behindDoc="0" locked="0" layoutInCell="1" allowOverlap="1">
            <wp:simplePos x="0" y="0"/>
            <wp:positionH relativeFrom="page">
              <wp:posOffset>1907273</wp:posOffset>
            </wp:positionH>
            <wp:positionV relativeFrom="page">
              <wp:posOffset>8877300</wp:posOffset>
            </wp:positionV>
            <wp:extent cx="5865127" cy="381000"/>
            <wp:effectExtent l="0" t="0" r="0" b="0"/>
            <wp:wrapNone/>
            <wp:docPr id="56" name="Text 56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65127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301" w:lineRule="exact"/>
                        </w:pPr>
                        <w:r>
                          <w:rPr>
                            <w:rFonts w:ascii="Sample AvenirNext Regular" w:hAnsi="Sample AvenirNext Regular" w:cs="Sample AvenirNext Regular" w:eastAsia="Sample AvenirNext Regular"/>
                            <w:sz w:val="22"/>
                            <w:spacing w:val="-1"/>
                          </w:rPr>
                          <w:t xml:space="preserve"> Direct Response Campaign, 2024 </w:t>
                        </w:r>
                      </w:p>
                    </w:txbxContent>
                  </wps:txbx>
                  <wps:bodyPr rot="0" spcFirstLastPara="0" vertOverflow="overflow" horzOverflow="overflow" vert="horz" wrap="none" lIns="0" tIns="0" rIns="0" bIns="0" anchor="t" anchorCtr="0">
                    <a:noAutofit/>
                  </wps:bodyPr>
                </wps:wsp>
              </a:graphicData>
            </a:graphic>
          </wp:anchor>
        </w:drawing>
      </w:r>
      <w:r>
        <w:drawing>
          <wp:anchor xmlns:a="http://schemas.openxmlformats.org/drawingml/2006/main" distT="0" distB="0" distL="0" distR="0" simplePos="0" relativeHeight="57" behindDoc="0" locked="0" layoutInCell="1" allowOverlap="1">
            <wp:simplePos x="0" y="0"/>
            <wp:positionH relativeFrom="page">
              <wp:posOffset>735330</wp:posOffset>
            </wp:positionH>
            <wp:positionV relativeFrom="page">
              <wp:posOffset>9067800</wp:posOffset>
            </wp:positionV>
            <wp:extent cx="7037070" cy="381000"/>
            <wp:effectExtent l="0" t="0" r="0" b="0"/>
            <wp:wrapNone/>
            <wp:docPr id="57" name="Text 57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3707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301" w:lineRule="exact"/>
                        </w:pPr>
                        <w:r>
                          <w:rPr>
                            <w:rFonts w:ascii="Sample Avenir Heavy" w:hAnsi="Sample Avenir Heavy" w:cs="Sample Avenir Heavy" w:eastAsia="Sample Avenir Heavy"/>
                            <w:sz w:val="22"/>
                          </w:rPr>
                          <w:t xml:space="preserve">Northport DMA, Pinnacles:</w:t>
                        </w:r>
                      </w:p>
                    </w:txbxContent>
                  </wps:txbx>
                  <wps:bodyPr rot="0" spcFirstLastPara="0" vertOverflow="overflow" horzOverflow="overflow" vert="horz" wrap="none" lIns="0" tIns="0" rIns="0" bIns="0" anchor="t" anchorCtr="0">
                    <a:noAutofit/>
                  </wps:bodyPr>
                </wps:wsp>
              </a:graphicData>
            </a:graphic>
          </wp:anchor>
        </w:drawing>
      </w:r>
      <w:r>
        <w:drawing>
          <wp:anchor xmlns:a="http://schemas.openxmlformats.org/drawingml/2006/main" distT="0" distB="0" distL="0" distR="0" simplePos="0" relativeHeight="58" behindDoc="0" locked="0" layoutInCell="1" allowOverlap="1">
            <wp:simplePos x="0" y="0"/>
            <wp:positionH relativeFrom="page">
              <wp:posOffset>2499881</wp:posOffset>
            </wp:positionH>
            <wp:positionV relativeFrom="page">
              <wp:posOffset>9067800</wp:posOffset>
            </wp:positionV>
            <wp:extent cx="5272519" cy="381000"/>
            <wp:effectExtent l="0" t="0" r="0" b="0"/>
            <wp:wrapNone/>
            <wp:docPr id="58" name="Text 58"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72519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301" w:lineRule="exact"/>
                        </w:pPr>
                        <w:r>
                          <w:rPr>
                            <w:rFonts w:ascii="Sample AvenirNext Regular" w:hAnsi="Sample AvenirNext Regular" w:cs="Sample AvenirNext Regular" w:eastAsia="Sample AvenirNext Regular"/>
                            <w:sz w:val="22"/>
                            <w:spacing w:val="-1"/>
                          </w:rPr>
                          <w:t xml:space="preserve"> Consumer Marketing &amp; Creative Impact, 2023</w:t>
                        </w:r>
                      </w:p>
                    </w:txbxContent>
                  </wps:txbx>
                  <wps:bodyPr rot="0" spcFirstLastPara="0" vertOverflow="overflow" horzOverflow="overflow" vert="horz" wrap="none" lIns="0" tIns="0" rIns="0" bIns="0" anchor="t" anchorCtr="0">
                    <a:noAutofit/>
                  </wps:bodyPr>
                </wps:wsp>
              </a:graphicData>
            </a:graphic>
          </wp:anchor>
        </w:drawing>
      </w:r>
      <w:r>
        <w:pict>
          <v:line id="Rule" from="57.6pt,111.5pt" to="567.2516pt,111.5pt" strokeweight="2pt" strokecolor="#000000" style="position:absolute;mso-position-horizontal-relative:page;mso-position-vertical-relative:page"/>
        </w:pict>
      </w:r>
    </w:p>
    <w:sectPr w:rsidR="00FC693F" w:rsidRPr="0006063C" w:rsidSect="00034616">
      <w:pgSz w:w="12240" w:h="1584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Sample AvenirNext Bold">
    <w:charset w:val="00"/>
    <w:family w:val="swiss"/>
    <w:pitch w:val="variable"/>
    <w:embedRegular r:id="rIdFont0" w:fontKey="{11111111-1111-1111-1111-111111111111}"/>
  </w:font>
  <w:font w:name="Sample Avenir Heavy">
    <w:charset w:val="00"/>
    <w:family w:val="swiss"/>
    <w:pitch w:val="variable"/>
    <w:embedRegular r:id="rIdFont1" w:fontKey="{22222222-2222-2222-2222-222222222222}"/>
  </w:font>
  <w:font w:name="Sample AvenirNext Regular">
    <w:charset w:val="00"/>
    <w:family w:val="swiss"/>
    <w:pitch w:val="variable"/>
    <w:embedRegular r:id="rIdFont2" w:fontKey="{33333333-3333-3333-3333-333333333333}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embedTrueTypeFonts/>
  <w:embedSystemFonts/>
  <w:saveSubsetFon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0" w:lineRule="exact"/>
    </w:pPr>
    <w:rPr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ntTable.xml.rels><?xml version='1.0' encoding='UTF-8' standalone='yes'?>
<Relationships xmlns="http://schemas.openxmlformats.org/package/2006/relationships"><Relationship Id="rIdFont0" Type="http://schemas.openxmlformats.org/officeDocument/2006/relationships/font" Target="fonts/font1.odttf"/><Relationship Id="rIdFont1" Type="http://schemas.openxmlformats.org/officeDocument/2006/relationships/font" Target="fonts/font2.odttf"/><Relationship Id="rIdFont2" Type="http://schemas.openxmlformats.org/officeDocument/2006/relationships/font" Target="fonts/font3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