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6BA53" w14:textId="77777777" w:rsidR="00DA7A81" w:rsidRDefault="006028C0">
      <w:pPr>
        <w:spacing w:after="0" w:line="240" w:lineRule="auto"/>
        <w:jc w:val="center"/>
      </w:pPr>
      <w:r>
        <w:rPr>
          <w:b/>
          <w:sz w:val="33"/>
        </w:rPr>
        <w:t>AVERY BENNETT</w:t>
      </w:r>
    </w:p>
    <w:p w14:paraId="6A56E0A2" w14:textId="77777777" w:rsidR="00DA7A81" w:rsidRDefault="006028C0">
      <w:pPr>
        <w:spacing w:after="44" w:line="240" w:lineRule="auto"/>
        <w:jc w:val="center"/>
      </w:pPr>
      <w:r>
        <w:rPr>
          <w:sz w:val="17"/>
        </w:rPr>
        <w:t>Raleigh, NC  •  avery.bennett@example.com  •  (919) 555-0156  •  LinkedIn</w:t>
      </w:r>
    </w:p>
    <w:p w14:paraId="21F4A8EE" w14:textId="77777777" w:rsidR="00DA7A81" w:rsidRDefault="006028C0">
      <w:pPr>
        <w:pBdr>
          <w:bottom w:val="single" w:sz="5" w:space="1" w:color="333333"/>
        </w:pBdr>
        <w:spacing w:before="80" w:after="22" w:line="240" w:lineRule="auto"/>
      </w:pPr>
      <w:r>
        <w:rPr>
          <w:b/>
        </w:rPr>
        <w:t>SUMMARY</w:t>
      </w:r>
    </w:p>
    <w:p w14:paraId="2619966C" w14:textId="77777777" w:rsidR="00C17FA7" w:rsidRDefault="00C17FA7">
      <w:pPr>
        <w:spacing w:after="20" w:line="240" w:lineRule="auto"/>
      </w:pPr>
    </w:p>
    <w:p w14:paraId="42017286" w14:textId="1F0536F2" w:rsidR="00DA7A81" w:rsidRDefault="006028C0">
      <w:pPr>
        <w:spacing w:after="20" w:line="240" w:lineRule="auto"/>
      </w:pPr>
      <w:r>
        <w:t>Marketing student with a minor in Management Information Systems and experience supporting email campaigns, customer research, spreadsheet analysis, and content production. Uses clear writing and practical data skills to turn research into useful marketing recommendations. Seeking a Summer 2027 internship in digital marketing, analytics, or research.</w:t>
      </w:r>
    </w:p>
    <w:p w14:paraId="425C1F42" w14:textId="77777777" w:rsidR="00C17FA7" w:rsidRDefault="00C17FA7">
      <w:pPr>
        <w:spacing w:after="20" w:line="240" w:lineRule="auto"/>
      </w:pPr>
    </w:p>
    <w:p w14:paraId="4C936422" w14:textId="77777777" w:rsidR="00DA7A81" w:rsidRDefault="006028C0">
      <w:pPr>
        <w:pBdr>
          <w:bottom w:val="single" w:sz="5" w:space="1" w:color="333333"/>
        </w:pBdr>
        <w:spacing w:before="80" w:after="22" w:line="240" w:lineRule="auto"/>
      </w:pPr>
      <w:r>
        <w:rPr>
          <w:b/>
        </w:rPr>
        <w:t>EDUCATION</w:t>
      </w:r>
    </w:p>
    <w:p w14:paraId="791A945A" w14:textId="77777777" w:rsidR="00C17FA7" w:rsidRDefault="00C17FA7">
      <w:pPr>
        <w:tabs>
          <w:tab w:val="right" w:pos="10080"/>
        </w:tabs>
        <w:spacing w:after="4" w:line="240" w:lineRule="auto"/>
        <w:rPr>
          <w:b/>
        </w:rPr>
      </w:pPr>
    </w:p>
    <w:p w14:paraId="4D7543F1" w14:textId="3EAC753E" w:rsidR="00DA7A81" w:rsidRDefault="006028C0">
      <w:pPr>
        <w:tabs>
          <w:tab w:val="right" w:pos="10080"/>
        </w:tabs>
        <w:spacing w:after="4" w:line="240" w:lineRule="auto"/>
      </w:pPr>
      <w:r>
        <w:rPr>
          <w:b/>
        </w:rPr>
        <w:t>Redbrook College &amp; State University</w:t>
      </w:r>
      <w:r>
        <w:tab/>
      </w:r>
      <w:r>
        <w:rPr>
          <w:i/>
        </w:rPr>
        <w:t>Meadow Ridge, NC</w:t>
      </w:r>
    </w:p>
    <w:p w14:paraId="26BC5B5B" w14:textId="0848693D" w:rsidR="00DA7A81" w:rsidRDefault="006028C0">
      <w:pPr>
        <w:spacing w:after="7" w:line="240" w:lineRule="auto"/>
      </w:pPr>
      <w:r>
        <w:rPr>
          <w:b/>
        </w:rPr>
        <w:t>B.B.A. in Marketing | Minor in Management Information Systems</w:t>
      </w:r>
      <w:r w:rsidR="008058E3">
        <w:t xml:space="preserve"> </w:t>
      </w:r>
      <w:r w:rsidR="008058E3" w:rsidRPr="008058E3">
        <w:rPr>
          <w:b/>
          <w:bCs/>
        </w:rPr>
        <w:t>Expected Graduation: May 2028 | GPA</w:t>
      </w:r>
      <w:r w:rsidRPr="008058E3">
        <w:rPr>
          <w:b/>
          <w:bCs/>
        </w:rPr>
        <w:t>: 3.62</w:t>
      </w:r>
    </w:p>
    <w:p w14:paraId="23096DA1" w14:textId="77777777" w:rsidR="00DA7A81" w:rsidRDefault="006028C0">
      <w:pPr>
        <w:spacing w:after="16" w:line="240" w:lineRule="auto"/>
        <w:ind w:left="216" w:hanging="173"/>
      </w:pPr>
      <w:r>
        <w:t>• Dean's List recognition for earning a 3.8 semester GPA.</w:t>
      </w:r>
    </w:p>
    <w:p w14:paraId="3BBF7C7A" w14:textId="77777777" w:rsidR="00DA7A81" w:rsidRDefault="006028C0">
      <w:pPr>
        <w:spacing w:after="16" w:line="240" w:lineRule="auto"/>
        <w:ind w:left="216" w:hanging="173"/>
      </w:pPr>
      <w:r>
        <w:t>• Database Management: Use PostgreSQL to query a sample retail database, combining customer and order tables with JOINs, filters, grouped totals, and data-quality checks.</w:t>
      </w:r>
    </w:p>
    <w:p w14:paraId="3C1716A2" w14:textId="77777777" w:rsidR="00DA7A81" w:rsidRDefault="006028C0">
      <w:pPr>
        <w:spacing w:after="16" w:line="240" w:lineRule="auto"/>
        <w:ind w:left="216" w:hanging="173"/>
      </w:pPr>
      <w:r>
        <w:t>• ERP / Business Processes: Use SAP training exercises to trace purchasing and sales activity, document process steps, and explain how records move between departments.</w:t>
      </w:r>
    </w:p>
    <w:p w14:paraId="5CCC152C" w14:textId="77777777" w:rsidR="00DA7A81" w:rsidRDefault="006028C0">
      <w:pPr>
        <w:spacing w:after="16" w:line="240" w:lineRule="auto"/>
        <w:ind w:left="216" w:hanging="173"/>
      </w:pPr>
      <w:r>
        <w:t>• Applied Python in an introductory course to clean survey responses and calculate simple summary statistics.</w:t>
      </w:r>
    </w:p>
    <w:p w14:paraId="0F1BF5F7" w14:textId="77777777" w:rsidR="00C17FA7" w:rsidRDefault="00C17FA7">
      <w:pPr>
        <w:spacing w:after="16" w:line="240" w:lineRule="auto"/>
        <w:ind w:left="216" w:hanging="173"/>
      </w:pPr>
    </w:p>
    <w:p w14:paraId="1C552E66" w14:textId="77777777" w:rsidR="00DA7A81" w:rsidRDefault="006028C0">
      <w:pPr>
        <w:pBdr>
          <w:bottom w:val="single" w:sz="5" w:space="1" w:color="333333"/>
        </w:pBdr>
        <w:spacing w:before="80" w:after="22" w:line="240" w:lineRule="auto"/>
      </w:pPr>
      <w:r>
        <w:rPr>
          <w:b/>
        </w:rPr>
        <w:t>EXPERIENCE</w:t>
      </w:r>
    </w:p>
    <w:p w14:paraId="00C926CB" w14:textId="77777777" w:rsidR="00C17FA7" w:rsidRDefault="00C17FA7">
      <w:pPr>
        <w:tabs>
          <w:tab w:val="right" w:pos="10080"/>
        </w:tabs>
        <w:spacing w:after="4" w:line="240" w:lineRule="auto"/>
        <w:rPr>
          <w:b/>
        </w:rPr>
      </w:pPr>
    </w:p>
    <w:p w14:paraId="0AE1CABC" w14:textId="0BBA2FD1" w:rsidR="00DA7A81" w:rsidRDefault="006028C0">
      <w:pPr>
        <w:tabs>
          <w:tab w:val="right" w:pos="10080"/>
        </w:tabs>
        <w:spacing w:after="4" w:line="240" w:lineRule="auto"/>
      </w:pPr>
      <w:r>
        <w:rPr>
          <w:b/>
        </w:rPr>
        <w:t>Larkwell Outdoor Goods</w:t>
      </w:r>
      <w:r>
        <w:tab/>
      </w:r>
      <w:r>
        <w:rPr>
          <w:i/>
        </w:rPr>
        <w:t>May 2026 - August 2026</w:t>
      </w:r>
    </w:p>
    <w:p w14:paraId="132B534F" w14:textId="77777777" w:rsidR="00DA7A81" w:rsidRDefault="006028C0">
      <w:pPr>
        <w:spacing w:after="7" w:line="240" w:lineRule="auto"/>
      </w:pPr>
      <w:r>
        <w:rPr>
          <w:b/>
        </w:rPr>
        <w:t>Digital Marketing Assistant</w:t>
      </w:r>
    </w:p>
    <w:p w14:paraId="0027BC58" w14:textId="77777777" w:rsidR="00DA7A81" w:rsidRDefault="006028C0">
      <w:pPr>
        <w:spacing w:after="16" w:line="240" w:lineRule="auto"/>
        <w:ind w:left="216" w:hanging="173"/>
      </w:pPr>
      <w:r>
        <w:t>• Reviewed 280 customer records for accuracy and completeness, correcting inconsistent fields and flagging 24 duplicate entries before a campaign.</w:t>
      </w:r>
    </w:p>
    <w:p w14:paraId="0F7129C1" w14:textId="77777777" w:rsidR="00DA7A81" w:rsidRDefault="006028C0">
      <w:pPr>
        <w:spacing w:after="16" w:line="240" w:lineRule="auto"/>
        <w:ind w:left="216" w:hanging="173"/>
      </w:pPr>
      <w:r>
        <w:t>• Supported the team's monthly email program by drafting three newsletters, preparing product images, checking links, and recording manager feedback.</w:t>
      </w:r>
    </w:p>
    <w:p w14:paraId="035B83EC" w14:textId="77777777" w:rsidR="00DA7A81" w:rsidRDefault="006028C0">
      <w:pPr>
        <w:spacing w:after="16" w:line="240" w:lineRule="auto"/>
        <w:ind w:left="216" w:hanging="173"/>
      </w:pPr>
      <w:r>
        <w:t>• Built a weekly Excel report that compared email clicks by product category and reduced manual report preparation time by approximately 25%.</w:t>
      </w:r>
    </w:p>
    <w:p w14:paraId="68E0960E" w14:textId="77777777" w:rsidR="00DA7A81" w:rsidRDefault="006028C0">
      <w:pPr>
        <w:spacing w:after="16" w:line="240" w:lineRule="auto"/>
        <w:ind w:left="216" w:hanging="173"/>
      </w:pPr>
      <w:r>
        <w:t>• Researched six competing outdoor retailers, comparing product assortments, delivery policies, and seasonal promotions to inform a planning brief.</w:t>
      </w:r>
    </w:p>
    <w:p w14:paraId="0AE9989F" w14:textId="77777777" w:rsidR="00DA7A81" w:rsidRDefault="006028C0">
      <w:pPr>
        <w:spacing w:after="16" w:line="240" w:lineRule="auto"/>
        <w:ind w:left="216" w:hanging="173"/>
      </w:pPr>
      <w:r>
        <w:t>• Checked 40 online product listings against supplier records and corrected missing sizes, materials, and care instructions before publication.</w:t>
      </w:r>
    </w:p>
    <w:p w14:paraId="2A870AE4" w14:textId="77777777" w:rsidR="00C17FA7" w:rsidRDefault="00C17FA7">
      <w:pPr>
        <w:spacing w:after="16" w:line="240" w:lineRule="auto"/>
        <w:ind w:left="216" w:hanging="173"/>
      </w:pPr>
    </w:p>
    <w:p w14:paraId="3E90C947" w14:textId="77777777" w:rsidR="00DA7A81" w:rsidRDefault="006028C0">
      <w:pPr>
        <w:pBdr>
          <w:bottom w:val="single" w:sz="5" w:space="1" w:color="333333"/>
        </w:pBdr>
        <w:spacing w:before="80" w:after="22" w:line="240" w:lineRule="auto"/>
      </w:pPr>
      <w:r>
        <w:rPr>
          <w:b/>
        </w:rPr>
        <w:t>PERSONAL PROJECTS</w:t>
      </w:r>
    </w:p>
    <w:p w14:paraId="57652BC1" w14:textId="77777777" w:rsidR="00C17FA7" w:rsidRDefault="00C17FA7">
      <w:pPr>
        <w:tabs>
          <w:tab w:val="right" w:pos="10080"/>
        </w:tabs>
        <w:spacing w:after="4" w:line="240" w:lineRule="auto"/>
        <w:rPr>
          <w:b/>
        </w:rPr>
      </w:pPr>
    </w:p>
    <w:p w14:paraId="53868780" w14:textId="3FE1E042" w:rsidR="00DA7A81" w:rsidRDefault="006028C0">
      <w:pPr>
        <w:tabs>
          <w:tab w:val="right" w:pos="10080"/>
        </w:tabs>
        <w:spacing w:after="4" w:line="240" w:lineRule="auto"/>
      </w:pPr>
      <w:r>
        <w:rPr>
          <w:b/>
        </w:rPr>
        <w:t>research.example.com</w:t>
      </w:r>
      <w:r>
        <w:tab/>
      </w:r>
      <w:r>
        <w:rPr>
          <w:i/>
        </w:rPr>
        <w:t>Marketing &amp; Data Analytics Project</w:t>
      </w:r>
    </w:p>
    <w:p w14:paraId="6B092A1D" w14:textId="77777777" w:rsidR="00DA7A81" w:rsidRDefault="006028C0">
      <w:pPr>
        <w:spacing w:after="16" w:line="240" w:lineRule="auto"/>
        <w:ind w:left="216" w:hanging="173"/>
      </w:pPr>
      <w:r>
        <w:t>• Created a small consumer-research website to present findings from a 64-student coffee survey, with charts comparing the importance of price, convenience, and wait time.</w:t>
      </w:r>
    </w:p>
    <w:p w14:paraId="59A19AF6" w14:textId="77777777" w:rsidR="00DA7A81" w:rsidRDefault="006028C0">
      <w:pPr>
        <w:spacing w:after="16" w:line="240" w:lineRule="auto"/>
        <w:ind w:left="216" w:hanging="173"/>
      </w:pPr>
      <w:r>
        <w:t>• Used Excel, GitHub, and a simple web publishing workflow to turn survey responses into charts, document sampling limits, and explain three practical recommendations.</w:t>
      </w:r>
    </w:p>
    <w:p w14:paraId="18B35B13" w14:textId="77777777" w:rsidR="00C17FA7" w:rsidRDefault="00C17FA7">
      <w:pPr>
        <w:spacing w:after="16" w:line="240" w:lineRule="auto"/>
        <w:ind w:left="216" w:hanging="173"/>
      </w:pPr>
    </w:p>
    <w:p w14:paraId="27C2B618" w14:textId="77777777" w:rsidR="00DA7A81" w:rsidRDefault="006028C0">
      <w:pPr>
        <w:tabs>
          <w:tab w:val="right" w:pos="10080"/>
        </w:tabs>
        <w:spacing w:after="4" w:line="240" w:lineRule="auto"/>
      </w:pPr>
      <w:r>
        <w:rPr>
          <w:b/>
        </w:rPr>
        <w:t>market.example.com</w:t>
      </w:r>
      <w:r>
        <w:tab/>
      </w:r>
      <w:r>
        <w:rPr>
          <w:i/>
        </w:rPr>
        <w:t>Digital Media &amp; Web Project</w:t>
      </w:r>
    </w:p>
    <w:p w14:paraId="73D091AE" w14:textId="77777777" w:rsidR="00DA7A81" w:rsidRDefault="006028C0">
      <w:pPr>
        <w:spacing w:after="16" w:line="240" w:lineRule="auto"/>
        <w:ind w:left="216" w:hanging="173"/>
      </w:pPr>
      <w:r>
        <w:t>• Created a community-market website for a class project, organizing fictional vendor profiles, event listings, visitor information, and directions into an easy-to-follow site structure.</w:t>
      </w:r>
    </w:p>
    <w:p w14:paraId="2371ADAF" w14:textId="77777777" w:rsidR="00DA7A81" w:rsidRDefault="006028C0">
      <w:pPr>
        <w:spacing w:after="16" w:line="240" w:lineRule="auto"/>
        <w:ind w:left="216" w:hanging="173"/>
      </w:pPr>
      <w:r>
        <w:t>• Built the site in WordPress and tested it with five classmates, revising page headings, mobile layouts, and navigation based on specific tasks they found confusing.</w:t>
      </w:r>
    </w:p>
    <w:p w14:paraId="005315C8" w14:textId="77777777" w:rsidR="00C17FA7" w:rsidRDefault="00C17FA7">
      <w:pPr>
        <w:spacing w:after="16" w:line="240" w:lineRule="auto"/>
        <w:ind w:left="216" w:hanging="173"/>
      </w:pPr>
    </w:p>
    <w:p w14:paraId="5B20D496" w14:textId="77777777" w:rsidR="00DA7A81" w:rsidRDefault="006028C0">
      <w:pPr>
        <w:pBdr>
          <w:bottom w:val="single" w:sz="5" w:space="1" w:color="333333"/>
        </w:pBdr>
        <w:spacing w:before="80" w:after="22" w:line="240" w:lineRule="auto"/>
      </w:pPr>
      <w:r>
        <w:rPr>
          <w:b/>
        </w:rPr>
        <w:t>LEADERSHIP &amp; ACTIVITIES</w:t>
      </w:r>
    </w:p>
    <w:p w14:paraId="100BFEDA" w14:textId="77777777" w:rsidR="00C17FA7" w:rsidRDefault="00C17FA7">
      <w:pPr>
        <w:tabs>
          <w:tab w:val="right" w:pos="10080"/>
        </w:tabs>
        <w:spacing w:after="4" w:line="240" w:lineRule="auto"/>
        <w:rPr>
          <w:b/>
        </w:rPr>
      </w:pPr>
    </w:p>
    <w:p w14:paraId="1588594F" w14:textId="5F4C6001" w:rsidR="00DA7A81" w:rsidRDefault="006028C0">
      <w:pPr>
        <w:tabs>
          <w:tab w:val="right" w:pos="10080"/>
        </w:tabs>
        <w:spacing w:after="4" w:line="240" w:lineRule="auto"/>
      </w:pPr>
      <w:r>
        <w:rPr>
          <w:b/>
        </w:rPr>
        <w:t>Marketing Guild</w:t>
      </w:r>
      <w:r>
        <w:tab/>
      </w:r>
      <w:r>
        <w:rPr>
          <w:i/>
        </w:rPr>
        <w:t>Student Events Chair</w:t>
      </w:r>
    </w:p>
    <w:p w14:paraId="2AD6E4DF" w14:textId="77777777" w:rsidR="00DA7A81" w:rsidRDefault="006028C0">
      <w:pPr>
        <w:spacing w:after="16" w:line="240" w:lineRule="auto"/>
        <w:ind w:left="216" w:hanging="173"/>
      </w:pPr>
      <w:r>
        <w:t>• Organized two alumni career panels with 36 student attendees in total, coordinating speaker invitations, room bookings, questions, and check-in with the club president.</w:t>
      </w:r>
    </w:p>
    <w:p w14:paraId="11170932" w14:textId="77777777" w:rsidR="00DA7A81" w:rsidRDefault="006028C0">
      <w:pPr>
        <w:spacing w:after="16" w:line="240" w:lineRule="auto"/>
        <w:ind w:left="216" w:hanging="173"/>
      </w:pPr>
      <w:r>
        <w:t>• Maintain event checklists and send reminders to help members prepare for guest speakers.</w:t>
      </w:r>
    </w:p>
    <w:p w14:paraId="72512C7E" w14:textId="77777777" w:rsidR="00C17FA7" w:rsidRDefault="00C17FA7">
      <w:pPr>
        <w:spacing w:after="16" w:line="240" w:lineRule="auto"/>
        <w:ind w:left="216" w:hanging="173"/>
      </w:pPr>
    </w:p>
    <w:p w14:paraId="3BC86FE6" w14:textId="77777777" w:rsidR="00DA7A81" w:rsidRDefault="006028C0">
      <w:pPr>
        <w:tabs>
          <w:tab w:val="right" w:pos="10080"/>
        </w:tabs>
        <w:spacing w:after="4" w:line="240" w:lineRule="auto"/>
      </w:pPr>
      <w:r>
        <w:rPr>
          <w:b/>
        </w:rPr>
        <w:t>Community Reading &amp; Student Mentoring</w:t>
      </w:r>
    </w:p>
    <w:p w14:paraId="13798EE4" w14:textId="77777777" w:rsidR="00DA7A81" w:rsidRDefault="006028C0">
      <w:pPr>
        <w:spacing w:after="16" w:line="240" w:lineRule="auto"/>
        <w:ind w:left="216" w:hanging="173"/>
      </w:pPr>
      <w:r>
        <w:t>• Volunteer with Maplebridge Reading Partners twice monthly, helping elementary students choose books, read aloud, and build confidence through patient feedback and encouragement.</w:t>
      </w:r>
    </w:p>
    <w:p w14:paraId="1346D279" w14:textId="77777777" w:rsidR="00C17FA7" w:rsidRDefault="00C17FA7">
      <w:pPr>
        <w:spacing w:after="16" w:line="240" w:lineRule="auto"/>
        <w:ind w:left="216" w:hanging="173"/>
      </w:pPr>
    </w:p>
    <w:p w14:paraId="396B8D7B" w14:textId="77777777" w:rsidR="00DA7A81" w:rsidRDefault="006028C0">
      <w:pPr>
        <w:pBdr>
          <w:bottom w:val="single" w:sz="5" w:space="1" w:color="333333"/>
        </w:pBdr>
        <w:spacing w:before="80" w:after="22" w:line="240" w:lineRule="auto"/>
      </w:pPr>
      <w:r>
        <w:rPr>
          <w:b/>
        </w:rPr>
        <w:t>SKILLS</w:t>
      </w:r>
    </w:p>
    <w:p w14:paraId="2CF926FC" w14:textId="77777777" w:rsidR="00C17FA7" w:rsidRDefault="00C17FA7">
      <w:pPr>
        <w:spacing w:after="7" w:line="240" w:lineRule="auto"/>
        <w:rPr>
          <w:b/>
        </w:rPr>
      </w:pPr>
    </w:p>
    <w:p w14:paraId="6E1F7A8D" w14:textId="373CA7AB" w:rsidR="00DA7A81" w:rsidRDefault="006028C0">
      <w:pPr>
        <w:spacing w:after="7" w:line="240" w:lineRule="auto"/>
      </w:pPr>
      <w:r>
        <w:rPr>
          <w:b/>
        </w:rPr>
        <w:t xml:space="preserve">Technical: </w:t>
      </w:r>
      <w:r>
        <w:t>Microsoft Excel, SQL, Looker Studio, Google Sheets, SAP, GitHub, WordPress, Python (coursework)</w:t>
      </w:r>
    </w:p>
    <w:p w14:paraId="48AD6F61" w14:textId="77777777" w:rsidR="00DA7A81" w:rsidRDefault="006028C0">
      <w:pPr>
        <w:spacing w:after="0" w:line="240" w:lineRule="auto"/>
      </w:pPr>
      <w:r>
        <w:rPr>
          <w:b/>
        </w:rPr>
        <w:t xml:space="preserve">Business &amp; Marketing: </w:t>
      </w:r>
      <w:r>
        <w:t>Consumer Research, Survey Design, Dashboard Development, Email Reporting, Data Cleaning, Competitor Research, Content Quality Checks</w:t>
      </w:r>
    </w:p>
    <w:sectPr w:rsidR="00DA7A81" w:rsidSect="00034616">
      <w:pgSz w:w="12240" w:h="15840"/>
      <w:pgMar w:top="605" w:right="835" w:bottom="605"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2130869">
    <w:abstractNumId w:val="8"/>
  </w:num>
  <w:num w:numId="2" w16cid:durableId="1515801891">
    <w:abstractNumId w:val="6"/>
  </w:num>
  <w:num w:numId="3" w16cid:durableId="1035158871">
    <w:abstractNumId w:val="5"/>
  </w:num>
  <w:num w:numId="4" w16cid:durableId="204490986">
    <w:abstractNumId w:val="4"/>
  </w:num>
  <w:num w:numId="5" w16cid:durableId="1080250292">
    <w:abstractNumId w:val="7"/>
  </w:num>
  <w:num w:numId="6" w16cid:durableId="2129229283">
    <w:abstractNumId w:val="3"/>
  </w:num>
  <w:num w:numId="7" w16cid:durableId="1201164558">
    <w:abstractNumId w:val="2"/>
  </w:num>
  <w:num w:numId="8" w16cid:durableId="1395665925">
    <w:abstractNumId w:val="1"/>
  </w:num>
  <w:num w:numId="9" w16cid:durableId="127476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380A"/>
    <w:rsid w:val="0029639D"/>
    <w:rsid w:val="00326F90"/>
    <w:rsid w:val="004E6155"/>
    <w:rsid w:val="006028C0"/>
    <w:rsid w:val="007A3E9B"/>
    <w:rsid w:val="008058E3"/>
    <w:rsid w:val="00AA1D8D"/>
    <w:rsid w:val="00B47730"/>
    <w:rsid w:val="00C17FA7"/>
    <w:rsid w:val="00C43E49"/>
    <w:rsid w:val="00CB0664"/>
    <w:rsid w:val="00DA7A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790259"/>
  <w14:defaultImageDpi w14:val="300"/>
  <w15:docId w15:val="{5D9957AA-2B99-4282-8C87-54CD8ECF5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Avery Bennett - Base Resume</dc:title>
  <dc:subject>Summer 2027 Internship Resume</dc:subject>
  <dc:creator>python-docx</dc:creator>
  <cp:keywords/>
  <dc:description>generated by python-docx</dc:description>
  <cp:lastModifiedBy>Avery Bennett</cp:lastModifiedBy>
  <cp:revision>2</cp:revision>
  <dcterms:created xsi:type="dcterms:W3CDTF">2026-10-25T12:44:00Z</dcterms:created>
  <dcterms:modified xsi:type="dcterms:W3CDTF">2026-10-25T12:44:00Z</dcterms:modified>
  <cp:category/>
</cp:coreProperties>
</file>