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0" w:after="40"/>
        <w:jc w:val="center"/>
      </w:pPr>
      <w:r>
        <w:rPr>
          <w:b/>
          <w:i w:val="0"/>
          <w:sz w:val="54"/>
        </w:rPr>
        <w:t>Leo Navarro</w:t>
      </w:r>
    </w:p>
    <w:p>
      <w:pPr>
        <w:keepNext w:val="0"/>
        <w:spacing w:before="0" w:after="60"/>
        <w:jc w:val="center"/>
      </w:pPr>
      <w:r>
        <w:rPr>
          <w:b w:val="0"/>
          <w:i w:val="0"/>
          <w:sz w:val="21"/>
        </w:rPr>
        <w:t>(512) 555-0176  |  leo.navarro@example.com  |  example.com/leo  |  example.com/leo-code</w:t>
      </w:r>
    </w:p>
    <w:p>
      <w:pPr>
        <w:keepNext/>
        <w:spacing w:before="140" w:after="80"/>
        <w:pBdr>
          <w:bottom w:val="single" w:sz="5" w:space="2" w:color="222222"/>
        </w:pBdr>
      </w:pPr>
      <w:r>
        <w:rPr>
          <w:b w:val="0"/>
          <w:i w:val="0"/>
        </w:rPr>
      </w:r>
      <w:r>
        <w:rPr>
          <w:smallCaps/>
          <w:sz w:val="24"/>
        </w:rPr>
        <w:t>Education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  <w:sz w:val="22"/>
        </w:rPr>
        <w:t>Cedar Valley University</w:t>
      </w:r>
      <w:r>
        <w:rPr>
          <w:i w:val="0"/>
          <w:sz w:val="22"/>
        </w:rPr>
        <w:tab/>
        <w:t>Austin, TX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 w:val="0"/>
          <w:i/>
        </w:rPr>
        <w:t>B.S. in Computer Science; minor in Applied Mathematics</w:t>
      </w:r>
      <w:r>
        <w:rPr>
          <w:i/>
        </w:rPr>
        <w:tab/>
        <w:t>Expected May 2027</w:t>
      </w:r>
    </w:p>
    <w:p>
      <w:pPr>
        <w:keepNext w:val="0"/>
        <w:spacing w:before="0" w:after="20"/>
      </w:pPr>
      <w:r>
        <w:rPr>
          <w:b w:val="0"/>
          <w:i w:val="0"/>
        </w:rPr>
        <w:t>GPA: 3.76/4.00  |  Coursework: Data Structures, Databases, Computer Networks, Software Engineering</w:t>
      </w:r>
    </w:p>
    <w:p>
      <w:pPr>
        <w:keepNext/>
        <w:spacing w:before="160" w:after="80"/>
        <w:pBdr>
          <w:bottom w:val="single" w:sz="5" w:space="2" w:color="222222"/>
        </w:pBdr>
      </w:pPr>
      <w:r>
        <w:rPr>
          <w:b w:val="0"/>
          <w:i w:val="0"/>
        </w:rPr>
      </w:r>
      <w:r>
        <w:rPr>
          <w:smallCaps/>
          <w:sz w:val="24"/>
        </w:rPr>
        <w:t>Experience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  <w:sz w:val="22"/>
        </w:rPr>
        <w:t>Software Engineering Intern</w:t>
      </w:r>
      <w:r>
        <w:rPr>
          <w:i w:val="0"/>
          <w:sz w:val="22"/>
        </w:rPr>
        <w:tab/>
        <w:t>May – Aug 2026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 w:val="0"/>
          <w:i/>
        </w:rPr>
        <w:t>Canyon Lake Systems</w:t>
      </w:r>
      <w:r>
        <w:rPr>
          <w:i/>
        </w:rPr>
        <w:tab/>
        <w:t>Austin, TX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Created a React and TypeScript search tool for an internal device inventory used by 55 operations staff.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Reduced median staging API latency from 1.8 to 0.6 seconds by adding pagination and database indexes.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Added 38 unit and integration tests; wrote onboarding notes and reviewed patches with two senior engineers.</w:t>
      </w:r>
    </w:p>
    <w:p>
      <w:pPr>
        <w:keepNext/>
        <w:tabs>
          <w:tab w:pos="10656" w:val="right"/>
        </w:tabs>
        <w:spacing w:before="100" w:after="0"/>
      </w:pPr>
      <w:r>
        <w:rPr>
          <w:b w:val="0"/>
          <w:i w:val="0"/>
        </w:rPr>
      </w:r>
      <w:r>
        <w:rPr>
          <w:b/>
          <w:i w:val="0"/>
          <w:sz w:val="22"/>
        </w:rPr>
        <w:t>Student Developer</w:t>
      </w:r>
      <w:r>
        <w:rPr>
          <w:i w:val="0"/>
          <w:sz w:val="22"/>
        </w:rPr>
        <w:tab/>
        <w:t>Sep 2025 – Present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 w:val="0"/>
          <w:i/>
        </w:rPr>
        <w:t>Cedar Valley Digital Learning Lab</w:t>
      </w:r>
      <w:r>
        <w:rPr>
          <w:i/>
        </w:rPr>
        <w:tab/>
        <w:t>Austin, TX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Built keyboard-accessible booking controls and input validation for a campus advising scheduler.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Used Python to validate weekly CSV imports; flagged missing course codes before data entered the application.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Resolved bugs with campus users and shipped updates through reviewed pull requests and automated CI checks.</w:t>
      </w:r>
    </w:p>
    <w:p>
      <w:pPr>
        <w:keepNext/>
        <w:spacing w:before="160" w:after="80"/>
        <w:pBdr>
          <w:bottom w:val="single" w:sz="5" w:space="2" w:color="222222"/>
        </w:pBdr>
      </w:pPr>
      <w:r>
        <w:rPr>
          <w:b w:val="0"/>
          <w:i w:val="0"/>
        </w:rPr>
      </w:r>
      <w:r>
        <w:rPr>
          <w:smallCaps/>
          <w:sz w:val="24"/>
        </w:rPr>
        <w:t>Projects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/>
          <w:sz w:val="22"/>
        </w:rPr>
        <w:t>StudySlot</w:t>
      </w:r>
      <w:r>
        <w:rPr>
          <w:i/>
        </w:rPr>
        <w:t xml:space="preserve">  |  TypeScript, React, Node.js, PostgreSQL</w:t>
      </w:r>
      <w:r>
        <w:rPr>
          <w:sz w:val="21"/>
        </w:rPr>
        <w:tab/>
        <w:t>Jan – May 2026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Developed a full-stack space-reservation app with booking checks, calendar filters, and email receipt previews.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Modeled relational tables and an atomic reservation endpoint; verified concurrent bookings and reversals.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Led a team of four using weekly demos and a shared issue board; tested the final prototype with 12 classmates.</w:t>
      </w:r>
    </w:p>
    <w:p>
      <w:pPr>
        <w:keepNext/>
        <w:tabs>
          <w:tab w:pos="10656" w:val="right"/>
        </w:tabs>
        <w:spacing w:before="100" w:after="0"/>
      </w:pPr>
      <w:r>
        <w:rPr>
          <w:b w:val="0"/>
          <w:i w:val="0"/>
        </w:rPr>
      </w:r>
      <w:r>
        <w:rPr>
          <w:b/>
          <w:sz w:val="22"/>
        </w:rPr>
        <w:t>Transit Timing Explorer</w:t>
      </w:r>
      <w:r>
        <w:rPr>
          <w:i/>
        </w:rPr>
        <w:t xml:space="preserve">  |  Python, pandas, Streamlit</w:t>
      </w:r>
      <w:r>
        <w:rPr>
          <w:sz w:val="21"/>
        </w:rPr>
        <w:tab/>
        <w:t>Sep – Dec 2025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Analyzed 85,000 sample bus records to compare planned and actual journey times across routes and hours.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Added filters, data-quality warnings, and reproducible notebooks; separated missing observations from late arrivals.</w:t>
      </w:r>
    </w:p>
    <w:p>
      <w:pPr>
        <w:keepNext/>
        <w:tabs>
          <w:tab w:pos="10656" w:val="right"/>
        </w:tabs>
        <w:spacing w:before="100" w:after="0"/>
      </w:pPr>
      <w:r>
        <w:rPr>
          <w:b w:val="0"/>
          <w:i w:val="0"/>
        </w:rPr>
      </w:r>
      <w:r>
        <w:rPr>
          <w:b/>
          <w:sz w:val="22"/>
        </w:rPr>
        <w:t>TinyShell</w:t>
      </w:r>
      <w:r>
        <w:rPr>
          <w:i/>
        </w:rPr>
        <w:t xml:space="preserve">  |  C, Linux, Make</w:t>
      </w:r>
      <w:r>
        <w:rPr>
          <w:sz w:val="21"/>
        </w:rPr>
        <w:tab/>
        <w:t>Jan – Apr 2025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Implemented a command-line shell with pipes, redirection, and process cleanup; created 25 automated test cases.</w:t>
      </w:r>
    </w:p>
    <w:p>
      <w:pPr>
        <w:keepNext w:val="0"/>
        <w:spacing w:before="0" w:after="20"/>
        <w:numPr>
          <w:ilvl w:val="0"/>
          <w:numId w:val="91"/>
        </w:numPr>
      </w:pPr>
      <w:r>
        <w:rPr>
          <w:b w:val="0"/>
          <w:i w:val="0"/>
        </w:rPr>
        <w:t>Used Valgrind to trace memory leaks and recorded test cases for malformed commands and terminated processes.</w:t>
      </w:r>
    </w:p>
    <w:p>
      <w:pPr>
        <w:keepNext/>
        <w:spacing w:before="160" w:after="80"/>
        <w:pBdr>
          <w:bottom w:val="single" w:sz="5" w:space="2" w:color="222222"/>
        </w:pBdr>
      </w:pPr>
      <w:r>
        <w:rPr>
          <w:b w:val="0"/>
          <w:i w:val="0"/>
        </w:rPr>
      </w:r>
      <w:r>
        <w:rPr>
          <w:smallCaps/>
          <w:sz w:val="24"/>
        </w:rPr>
        <w:t>Technical Skills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Languages: </w:t>
      </w:r>
      <w:r>
        <w:t>Python, TypeScript, JavaScript, Java, C, SQL, HTML/CSS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Frameworks and tools: </w:t>
      </w:r>
      <w:r>
        <w:t>React, Node.js, Express, PostgreSQL, Git, Docker, Linux, pytest, Vitest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Practices: </w:t>
      </w:r>
      <w:r>
        <w:t>REST APIs, relational modeling, automated testing, code review, accessible interfaces</w:t>
      </w:r>
    </w:p>
    <w:p>
      <w:pPr>
        <w:keepNext/>
        <w:spacing w:before="160" w:after="80"/>
        <w:pBdr>
          <w:bottom w:val="single" w:sz="5" w:space="2" w:color="222222"/>
        </w:pBdr>
      </w:pPr>
      <w:r>
        <w:rPr>
          <w:b w:val="0"/>
          <w:i w:val="0"/>
        </w:rPr>
      </w:r>
      <w:r>
        <w:rPr>
          <w:smallCaps/>
          <w:sz w:val="24"/>
        </w:rPr>
        <w:t>Activities</w:t>
      </w:r>
    </w:p>
    <w:p>
      <w:pPr>
        <w:keepNext/>
        <w:tabs>
          <w:tab w:pos="10656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</w:rPr>
        <w:t>Computing Club Workshop Lead</w:t>
      </w:r>
      <w:r>
        <w:rPr>
          <w:i w:val="0"/>
        </w:rPr>
        <w:tab/>
        <w:t>Sep 2025 – Present</w:t>
      </w:r>
    </w:p>
    <w:p>
      <w:pPr>
        <w:keepNext w:val="0"/>
        <w:spacing w:before="0" w:after="0"/>
      </w:pPr>
      <w:r>
        <w:rPr>
          <w:b w:val="0"/>
          <w:i w:val="0"/>
        </w:rPr>
        <w:t>Run monthly Git and web-development workshops for 20–30 students; maintain starter exercises and setup guides.</w:t>
      </w:r>
    </w:p>
    <w:p>
      <w:pPr>
        <w:keepNext/>
        <w:tabs>
          <w:tab w:pos="10656" w:val="right"/>
        </w:tabs>
        <w:spacing w:before="100" w:after="0"/>
      </w:pPr>
      <w:r>
        <w:rPr>
          <w:b w:val="0"/>
          <w:i w:val="0"/>
        </w:rPr>
      </w:r>
      <w:r>
        <w:rPr>
          <w:b/>
          <w:i w:val="0"/>
        </w:rPr>
        <w:t>Engineering Peer Mentor</w:t>
      </w:r>
      <w:r>
        <w:rPr>
          <w:i w:val="0"/>
        </w:rPr>
        <w:tab/>
        <w:t>Aug 2025 – Present</w:t>
      </w:r>
    </w:p>
    <w:p>
      <w:pPr>
        <w:keepNext w:val="0"/>
        <w:spacing w:before="0" w:after="0"/>
      </w:pPr>
      <w:r>
        <w:rPr>
          <w:b w:val="0"/>
          <w:i w:val="0"/>
        </w:rPr>
        <w:t>Guide five first-year students in project planning, debugging practice, and preparation for technical interviews.</w:t>
      </w:r>
    </w:p>
    <w:sectPr w:rsidR="00FC693F" w:rsidRPr="0006063C" w:rsidSect="00034616">
      <w:footerReference w:type="default" r:id="rId9"/>
      <w:pgSz w:w="12240" w:h="15840"/>
      <w:pgMar w:top="619" w:right="792" w:bottom="720" w:left="792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erif" w:hAnsi="Liberation Serif"/>
        <w:color w:val="777777"/>
        <w:sz w:val="16"/>
      </w:rPr>
      <w:t>Fictional example for template review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1">
    <w:lvl w:ilvl="0">
      <w:start w:val="1"/>
      <w:numFmt w:val="bullet"/>
      <w:lvlText w:val="•"/>
      <w:lvlJc w:val="left"/>
      <w:pPr>
        <w:tabs>
          <w:tab w:val="num" w:pos="230"/>
        </w:tabs>
        <w:ind w:left="230" w:hanging="160"/>
      </w:pPr>
      <w:rPr>
        <w:rFonts w:ascii="Liberation Serif" w:hAnsi="Liberation Serif"/>
      </w:rPr>
    </w:lvl>
  </w:abstractNum>
  <w:num w:numId="91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7" w:lineRule="auto"/>
    </w:pPr>
    <w:rPr>
      <w:rFonts w:ascii="Liberation Serif" w:hAnsi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Liberation Serif" w:hAnsi="Liberation Serif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Liberation Serif" w:hAnsi="Liberation Serif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review</dc:title>
  <dc:subject>Fictional filled example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