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widowControl/>
        <w:spacing w:before="0" w:after="60" w:line="627" w:lineRule="exact"/>
        <w:jc w:val="left"/>
      </w:pPr>
      <w:r>
        <w:rPr>
          <w:rFonts w:ascii="Carlito" w:hAnsi="Carlito"/>
          <w:b/>
          <w:i w:val="0"/>
          <w:color w:val="102A56"/>
          <w:sz w:val="56"/>
        </w:rPr>
        <w:t>[Your Name]</w:t>
      </w:r>
    </w:p>
    <w:p>
      <w:pPr>
        <w:keepNext/>
        <w:keepLines/>
        <w:widowControl/>
        <w:spacing w:before="0" w:after="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[City, State] | [Email] | [Phone]</w:t>
      </w:r>
    </w:p>
    <w:p>
      <w:pPr>
        <w:keepNext/>
        <w:keepLines/>
        <w:widowControl/>
        <w:spacing w:before="0" w:after="60" w:line="286" w:lineRule="exact"/>
        <w:jc w:val="left"/>
      </w:pPr>
      <w:r>
        <w:rPr>
          <w:rFonts w:ascii="Carlito" w:hAnsi="Carlito"/>
          <w:b w:val="0"/>
          <w:i w:val="0"/>
          <w:color w:val="214FC6"/>
          <w:sz w:val="24"/>
        </w:rPr>
        <w:t>[Your professional focus]</w:t>
      </w:r>
    </w:p>
    <w:p>
      <w:pPr>
        <w:pStyle w:val="Heading1"/>
        <w:keepNext/>
        <w:keepLines/>
        <w:widowControl/>
        <w:spacing w:before="240" w:after="80" w:line="250" w:lineRule="exact"/>
        <w:jc w:val="left"/>
      </w:pPr>
      <w:r>
        <w:rPr>
          <w:rFonts w:ascii="Carlito" w:hAnsi="Carlito"/>
          <w:b/>
          <w:i w:val="0"/>
          <w:color w:val="087D6E"/>
          <w:sz w:val="21"/>
        </w:rPr>
        <w:t>Targeted Summary</w:t>
      </w:r>
    </w:p>
    <w:p>
      <w:pPr>
        <w:keepNext w:val="0"/>
        <w:keepLines/>
        <w:widowControl/>
        <w:spacing w:before="0" w:after="60" w:line="250" w:lineRule="exact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[Your current background, target field and relevant evidence. Be clear about experience you do not yet have.]</w:t>
      </w:r>
    </w:p>
    <w:p>
      <w:pPr>
        <w:pStyle w:val="Heading1"/>
        <w:keepNext/>
        <w:keepLines/>
        <w:widowControl/>
        <w:spacing w:before="240" w:after="80" w:line="250" w:lineRule="exact"/>
        <w:jc w:val="left"/>
      </w:pPr>
      <w:r>
        <w:rPr>
          <w:rFonts w:ascii="Carlito" w:hAnsi="Carlito"/>
          <w:b/>
          <w:i w:val="0"/>
          <w:color w:val="087D6E"/>
          <w:sz w:val="21"/>
        </w:rPr>
        <w:t>Relevant Skills and Evidence</w:t>
      </w:r>
    </w:p>
    <w:p>
      <w:pPr>
        <w:keepNext/>
        <w:keepLines/>
        <w:widowControl/>
        <w:spacing w:before="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[Relevant skill] | [Employer or project and dates]</w:t>
      </w:r>
    </w:p>
    <w:p>
      <w:pPr>
        <w:pStyle w:val="ListBullet"/>
        <w:keepNext w:val="0"/>
        <w:keepLines/>
        <w:widowControl/>
        <w:spacing w:before="0" w:after="40" w:line="250" w:lineRule="exact"/>
        <w:ind w:left="240" w:hanging="240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[Action you took, the context and a result you can support.]</w:t>
      </w:r>
    </w:p>
    <w:p>
      <w:pPr>
        <w:keepNext/>
        <w:keepLines/>
        <w:widowControl/>
        <w:spacing w:before="16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[Second relevant skill] | [Employer or project and dates]</w:t>
      </w:r>
    </w:p>
    <w:p>
      <w:pPr>
        <w:pStyle w:val="ListBullet"/>
        <w:keepNext w:val="0"/>
        <w:keepLines/>
        <w:widowControl/>
        <w:spacing w:before="0" w:after="40" w:line="250" w:lineRule="exact"/>
        <w:ind w:left="240" w:hanging="240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[Action you took, the context and a result you can support.]</w:t>
      </w:r>
    </w:p>
    <w:p>
      <w:pPr>
        <w:pStyle w:val="Heading1"/>
        <w:keepNext/>
        <w:keepLines/>
        <w:widowControl/>
        <w:spacing w:before="240" w:after="80" w:line="250" w:lineRule="exact"/>
        <w:jc w:val="left"/>
      </w:pPr>
      <w:r>
        <w:rPr>
          <w:rFonts w:ascii="Carlito" w:hAnsi="Carlito"/>
          <w:b/>
          <w:i w:val="0"/>
          <w:color w:val="087D6E"/>
          <w:sz w:val="21"/>
        </w:rPr>
        <w:t>Work Experience</w:t>
      </w:r>
    </w:p>
    <w:p>
      <w:pPr>
        <w:keepNext/>
        <w:keepLines/>
        <w:widowControl/>
        <w:spacing w:before="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[Job title] | [Employer or organization]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[Month Year] - [Month Year or Present]</w:t>
      </w:r>
    </w:p>
    <w:p>
      <w:pPr>
        <w:pStyle w:val="ListBullet"/>
        <w:keepNext w:val="0"/>
        <w:keepLines/>
        <w:widowControl/>
        <w:spacing w:before="0" w:after="40" w:line="250" w:lineRule="exact"/>
        <w:ind w:left="240" w:hanging="240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[Action you took, the context and a result you can support.]</w:t>
      </w:r>
    </w:p>
    <w:p>
      <w:pPr>
        <w:keepNext/>
        <w:keepLines/>
        <w:widowControl/>
        <w:spacing w:before="16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[Job title] | [Employer or organization]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[Month Year] - [Month Year or Present]</w:t>
      </w:r>
    </w:p>
    <w:p>
      <w:pPr>
        <w:pStyle w:val="ListBullet"/>
        <w:keepNext w:val="0"/>
        <w:keepLines/>
        <w:widowControl/>
        <w:spacing w:before="0" w:after="40" w:line="250" w:lineRule="exact"/>
        <w:ind w:left="240" w:hanging="240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[Action you took, the context and a result you can support.]</w:t>
      </w:r>
    </w:p>
    <w:p>
      <w:pPr>
        <w:pStyle w:val="Heading1"/>
        <w:keepNext/>
        <w:keepLines/>
        <w:widowControl/>
        <w:spacing w:before="240" w:after="80" w:line="250" w:lineRule="exact"/>
        <w:jc w:val="left"/>
      </w:pPr>
      <w:r>
        <w:rPr>
          <w:rFonts w:ascii="Carlito" w:hAnsi="Carlito"/>
          <w:b/>
          <w:i w:val="0"/>
          <w:color w:val="087D6E"/>
          <w:sz w:val="21"/>
        </w:rPr>
        <w:t>Projects and Training</w:t>
      </w:r>
    </w:p>
    <w:p>
      <w:pPr>
        <w:keepNext/>
        <w:keepLines/>
        <w:widowControl/>
        <w:spacing w:before="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[Project or training] | [Provider or context]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[Completion date]</w:t>
      </w:r>
    </w:p>
    <w:p>
      <w:pPr>
        <w:keepNext w:val="0"/>
        <w:keepLines/>
        <w:widowControl/>
        <w:spacing w:before="0" w:after="60" w:line="250" w:lineRule="exact"/>
        <w:jc w:val="left"/>
      </w:pPr>
      <w:r>
        <w:rPr>
          <w:rFonts w:ascii="Carlito" w:hAnsi="Carlito"/>
          <w:b w:val="0"/>
          <w:i w:val="0"/>
          <w:color w:val="14283F"/>
          <w:sz w:val="21"/>
        </w:rPr>
        <w:t>[What you actually completed, how you used it and its limitations.]</w:t>
      </w:r>
    </w:p>
    <w:p>
      <w:pPr>
        <w:pStyle w:val="Heading1"/>
        <w:keepNext/>
        <w:keepLines/>
        <w:widowControl/>
        <w:spacing w:before="240" w:after="80" w:line="250" w:lineRule="exact"/>
        <w:jc w:val="left"/>
      </w:pPr>
      <w:r>
        <w:rPr>
          <w:rFonts w:ascii="Carlito" w:hAnsi="Carlito"/>
          <w:b/>
          <w:i w:val="0"/>
          <w:color w:val="087D6E"/>
          <w:sz w:val="21"/>
        </w:rPr>
        <w:t>Education</w:t>
      </w:r>
    </w:p>
    <w:p>
      <w:pPr>
        <w:keepNext/>
        <w:keepLines/>
        <w:widowControl/>
        <w:spacing w:before="0" w:after="0" w:line="250" w:lineRule="exact"/>
        <w:jc w:val="left"/>
      </w:pPr>
      <w:r>
        <w:rPr>
          <w:rFonts w:ascii="Carlito" w:hAnsi="Carlito"/>
          <w:b/>
          <w:i w:val="0"/>
          <w:color w:val="14283F"/>
          <w:sz w:val="21"/>
        </w:rPr>
        <w:t>[Degree or qualification] | [Institution]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Carlito" w:hAnsi="Carlito"/>
          <w:b w:val="0"/>
          <w:i w:val="0"/>
          <w:color w:val="40556A"/>
          <w:sz w:val="20"/>
        </w:rPr>
        <w:t>[Graduation date or expected date]</w:t>
      </w:r>
    </w:p>
    <w:sectPr>
      <w:pgSz w:w="12240" w:h="15840"/>
      <w:pgMar w:top="880" w:right="880" w:bottom="880" w:left="8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rlito" w:hAnsi="Carlito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Carlito" w:hAnsi="Carlito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Carlito" w:hAnsi="Carlito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Carlito" w:hAnsi="Carlito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rlito" w:hAnsi="Carlito"/>
      <w:color w:val="14283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rlito" w:hAnsi="Carlito"/>
      <w:b/>
      <w:bCs/>
      <w:color w:val="14283F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rlito" w:hAnsi="Carlito"/>
      <w:b/>
      <w:bCs/>
      <w:color w:val="14283F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/>
      <w:contextualSpacing/>
    </w:pPr>
    <w:rPr>
      <w:rFonts w:ascii="Carlito" w:hAnsi="Carlito"/>
      <w:color w:val="14283F"/>
      <w:spacing w:val="5"/>
      <w:kern w:val="28"/>
      <w:sz w:val="21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0"/>
    </w:pPr>
    <w:rPr>
      <w:rFonts w:ascii="Carlito" w:hAnsi="Carlito"/>
      <w:i/>
      <w:iCs/>
      <w:color w:val="14283F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rlito" w:hAnsi="Carlito"/>
      <w:color w:val="14283F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>
  <Application>OptimizeResume template generator</Application>
  <AppVersion>1.0000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Bridge blank resume template</dc:title>
  <dc:subject>Editable resume starter with replacement prompts</dc:subject>
  <dc:creator>OptimizeResume</dc:creator>
  <cp:keywords/>
  <dc:description/>
  <cp:lastModifiedBy>OptimizeResume</cp:lastModifiedBy>
  <cp:revision>1</cp:revision>
  <dcterms:created xsi:type="dcterms:W3CDTF">2026-10-25T00:00:00Z</dcterms:created>
  <dcterms:modified xsi:type="dcterms:W3CDTF">2026-10-25T00:00:00Z</dcterms:modified>
  <cp:category/>
  <dc:identifier/>
  <dc:language/>
</cp:coreProperties>
</file>