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before="0" w:after="60" w:line="560" w:lineRule="exact"/>
        <w:jc w:val="center"/>
      </w:pPr>
      <w:r>
        <w:rPr>
          <w:rFonts w:ascii="DejaVu Serif" w:hAnsi="DejaVu Serif"/>
          <w:b/>
          <w:i w:val="0"/>
          <w:color w:val="102A56"/>
          <w:sz w:val="50"/>
        </w:rPr>
        <w:t>[Your Name]</w:t>
      </w:r>
    </w:p>
    <w:p>
      <w:pPr>
        <w:keepNext/>
        <w:keepLines/>
        <w:widowControl/>
        <w:spacing w:before="0" w:after="0" w:line="238" w:lineRule="exact"/>
        <w:jc w:val="center"/>
      </w:pPr>
      <w:r>
        <w:rPr>
          <w:rFonts w:ascii="DejaVu Serif" w:hAnsi="DejaVu Serif"/>
          <w:b w:val="0"/>
          <w:i w:val="0"/>
          <w:color w:val="40556A"/>
          <w:sz w:val="20"/>
        </w:rPr>
        <w:t>[City, State] | [Email] | [Phone]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Education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[Degree or qualification] | [Institution]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[Graduation date or expected date]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coursework, honors or academic focus, if useful.]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Projects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[Project name] | [Course or independent context]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Work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Leadership and Activities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[Job title] | [Employer or organization]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[Month Year] - [Month Year or Present]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[Action you took, the context and a result you can support.]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[Relevant skill] | [Relevant tool] | [Relevant method]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Launchpad blank resume template</dc:title>
  <dc:subject>Editable resume starter with replacement prompts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