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0" w:after="60" w:line="582" w:lineRule="exact"/>
        <w:jc w:val="center"/>
      </w:pPr>
      <w:r>
        <w:rPr>
          <w:rFonts w:ascii="DejaVu Serif" w:hAnsi="DejaVu Serif"/>
          <w:b/>
          <w:i w:val="0"/>
          <w:color w:val="102A56"/>
          <w:sz w:val="52"/>
        </w:rPr>
        <w:t>[Your Name]</w:t>
      </w:r>
    </w:p>
    <w:p>
      <w:pPr>
        <w:keepNext/>
        <w:keepLines/>
        <w:widowControl/>
        <w:spacing w:before="0" w:after="0" w:line="238" w:lineRule="exact"/>
        <w:jc w:val="center"/>
      </w:pPr>
      <w:r>
        <w:rPr>
          <w:rFonts w:ascii="DejaVu Serif" w:hAnsi="DejaVu Serif"/>
          <w:b w:val="0"/>
          <w:i w:val="0"/>
          <w:color w:val="40556A"/>
          <w:sz w:val="20"/>
        </w:rPr>
        <w:t>[City, State] | [Email] | [Phone]</w:t>
      </w:r>
    </w:p>
    <w:p>
      <w:pPr>
        <w:keepNext/>
        <w:keepLines/>
        <w:widowControl/>
        <w:spacing w:before="0" w:after="60" w:line="286" w:lineRule="exact"/>
        <w:jc w:val="center"/>
      </w:pPr>
      <w:r>
        <w:rPr>
          <w:rFonts w:ascii="DejaVu Serif" w:hAnsi="DejaVu Serif"/>
          <w:b w:val="0"/>
          <w:i w:val="0"/>
          <w:color w:val="214FC6"/>
          <w:sz w:val="24"/>
        </w:rPr>
        <w:t>[Your professional focus]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Summary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[Your specialty, relevant experience and the next responsibility supported by your record.]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Work Experience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[Employer] | [Location]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[Current or most recent job title]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[Present or Month Year]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keepNext/>
        <w:keepLines/>
        <w:widowControl/>
        <w:spacing w:before="16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[Earlier job title at the same employer]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[Month Year]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Skills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[Relevant skill] | [Relevant tool] | [Relevant method]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Education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[Degree or qualification] | [Institution]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[Graduation date or expected date]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Credentials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[Relevant credential or training] | [Provider] | [Year] [Remove if not applicable.]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DejaVu Serif" w:hAnsi="DejaVu Serif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DejaVu Serif" w:hAnsi="DejaVu Serif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DejaVu Serif" w:hAnsi="DejaVu Serif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DejaVu Serif" w:hAnsi="DejaVu Serif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erif" w:hAnsi="DejaVu Serif"/>
      <w:color w:val="14283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erif" w:hAnsi="DejaVu Serif"/>
      <w:b/>
      <w:bCs/>
      <w:color w:val="14283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erif" w:hAnsi="DejaVu Serif"/>
      <w:b/>
      <w:bCs/>
      <w:color w:val="14283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DejaVu Serif" w:hAnsi="DejaVu Serif"/>
      <w:color w:val="14283F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DejaVu Serif" w:hAnsi="DejaVu Serif"/>
      <w:i/>
      <w:iCs/>
      <w:color w:val="14283F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DejaVu Serif" w:hAnsi="DejaVu Serif"/>
      <w:color w:val="14283F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Momentum blank resume template</dc:title>
  <dc:subject>Editable resume starter with replacement prompts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