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650" w:lineRule="exact"/>
        <w:jc w:val="left"/>
      </w:pPr>
      <w:r>
        <w:rPr>
          <w:rFonts w:ascii="Carlito" w:hAnsi="Carlito"/>
          <w:b/>
          <w:i w:val="0"/>
          <w:color w:val="102A56"/>
          <w:sz w:val="58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[Your professional focus]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[Portfolio URL]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Summary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[Your specialty and the contribution you make, with accurate decision authority.]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Selected Engagements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[Engagement] | [Employer and dates]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[Second engagement] | [Employer and dates]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Skills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[Relevant skill] | [Relevant tool] | [Relevant method]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Credentials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[Relevant credential] | [Provider] | [Year] [Remove if not applicable.]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[Graduation date or expected date]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Perspective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