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627" w:lineRule="exact"/>
        <w:jc w:val="left"/>
      </w:pPr>
      <w:r>
        <w:rPr>
          <w:rFonts w:ascii="Carlito" w:hAnsi="Carlito"/>
          <w:b/>
          <w:i w:val="0"/>
          <w:color w:val="102A56"/>
          <w:sz w:val="56"/>
        </w:rPr>
        <w:t>[Your Name]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[City, State] | [Email] | [Phone]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[Your professional focus]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[Portfolio URL]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[Graduation date or expected date]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Skills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[Skill group]: [Specific tools or methods]. [Skill group]: [Specific tools or methods].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Selected Projects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[Project name] | [Course or independent context]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Year]</w:t>
      </w:r>
    </w:p>
    <w:p>
      <w:pPr>
        <w:keepNext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[Tools used and the deliverable you produced]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[Second project name] | [Context]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Additional 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Activities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[Activity or volunteer role, dates and your specific contribution.]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Projectline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