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left"/>
      </w:pPr>
      <w:r>
        <w:rPr>
          <w:rFonts w:ascii="Carlito" w:hAnsi="Carlito"/>
          <w:color w:val="40556A"/>
          <w:sz w:val="16"/>
        </w:rPr>
        <w:t>FICTIONAL EXAMPLE - All names, organizations and results are invented.</w:t>
      </w:r>
    </w:p>
    <w:p>
      <w:pPr>
        <w:pStyle w:val="Title"/>
        <w:keepNext/>
        <w:keepLines/>
        <w:widowControl/>
        <w:spacing w:before="0" w:after="60" w:line="605" w:lineRule="exact"/>
        <w:jc w:val="left"/>
      </w:pPr>
      <w:r>
        <w:rPr>
          <w:rFonts w:ascii="Carlito" w:hAnsi="Carlito"/>
          <w:b/>
          <w:i w:val="0"/>
          <w:color w:val="102A56"/>
          <w:sz w:val="54"/>
        </w:rPr>
        <w:t>Casey Shah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Sample City, ST | casey.shah@example.com | 202-555-0104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Carlito" w:hAnsi="Carlito"/>
          <w:b w:val="0"/>
          <w:i w:val="0"/>
          <w:color w:val="214FC6"/>
          <w:sz w:val="24"/>
        </w:rPr>
        <w:t>Computer science graduate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example.com/casey.shah</w:t>
      </w:r>
    </w:p>
    <w:p>
      <w:pPr>
        <w:pStyle w:val="Heading1"/>
        <w:keepNext/>
        <w:keepLines/>
        <w:widowControl/>
        <w:spacing w:before="220" w:after="80" w:line="262" w:lineRule="exact"/>
        <w:jc w:val="left"/>
      </w:pPr>
      <w:r>
        <w:rPr>
          <w:rFonts w:ascii="Carlito" w:hAnsi="Carlito"/>
          <w:b/>
          <w:i w:val="0"/>
          <w:color w:val="214FC6"/>
          <w:sz w:val="22"/>
        </w:rPr>
        <w:t>Education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BS in Computer Science | Pinehaven Institute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May 2026</w:t>
      </w:r>
    </w:p>
    <w:p>
      <w:pPr>
        <w:pStyle w:val="Heading1"/>
        <w:keepNext/>
        <w:keepLines/>
        <w:widowControl/>
        <w:spacing w:before="220" w:after="80" w:line="262" w:lineRule="exact"/>
        <w:jc w:val="left"/>
      </w:pPr>
      <w:r>
        <w:rPr>
          <w:rFonts w:ascii="Carlito" w:hAnsi="Carlito"/>
          <w:b/>
          <w:i w:val="0"/>
          <w:color w:val="214FC6"/>
          <w:sz w:val="22"/>
        </w:rPr>
        <w:t>Technical Skills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Languages: Python, SQL, JavaScript. Tools: Git, SQLite, command-line utilities. Practices: unit testing, code review, technical documentation.</w:t>
      </w:r>
    </w:p>
    <w:p>
      <w:pPr>
        <w:pStyle w:val="Heading1"/>
        <w:keepNext/>
        <w:keepLines/>
        <w:widowControl/>
        <w:spacing w:before="220" w:after="80" w:line="262" w:lineRule="exact"/>
        <w:jc w:val="left"/>
      </w:pPr>
      <w:r>
        <w:rPr>
          <w:rFonts w:ascii="Carlito" w:hAnsi="Carlito"/>
          <w:b/>
          <w:i w:val="0"/>
          <w:color w:val="214FC6"/>
          <w:sz w:val="22"/>
        </w:rPr>
        <w:t>Projects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Course scheduling application | Software Engineering course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January 2026 - April 2026</w:t>
      </w:r>
    </w:p>
    <w:p>
      <w:pPr>
        <w:keepNext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Python, SQLite | example.com/casey.shah/scheduler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Implemented course and room records with checks for conflicting bookings in a three-person class project.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Wrote 24 tests for validation and scheduling rules, and documented local setup and known limitations.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Help-desk request summary | Independent practice project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June 2025 - August 2025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Used generated, non-personal ticket data to build a weekly category report and verify totals against the source file.</w:t>
      </w:r>
    </w:p>
    <w:p>
      <w:pPr>
        <w:pStyle w:val="Heading1"/>
        <w:keepNext/>
        <w:keepLines/>
        <w:widowControl/>
        <w:spacing w:before="220" w:after="80" w:line="262" w:lineRule="exact"/>
        <w:jc w:val="left"/>
      </w:pPr>
      <w:r>
        <w:rPr>
          <w:rFonts w:ascii="Carlito" w:hAnsi="Carlito"/>
          <w:b/>
          <w:i w:val="0"/>
          <w:color w:val="214FC6"/>
          <w:sz w:val="22"/>
        </w:rPr>
        <w:t>Work Experience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Student Help-Desk Assistant | Pinehaven Campus Services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September 2024 - May 2026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Recorded reported issues, followed documented troubleshooting steps and escalated unresolved cases to staff technicians.</w:t>
      </w:r>
    </w:p>
    <w:p>
      <w:pPr>
        <w:pStyle w:val="Heading1"/>
        <w:keepNext/>
        <w:keepLines/>
        <w:widowControl/>
        <w:spacing w:before="220" w:after="80" w:line="262" w:lineRule="exact"/>
        <w:jc w:val="left"/>
      </w:pPr>
      <w:r>
        <w:rPr>
          <w:rFonts w:ascii="Carlito" w:hAnsi="Carlito"/>
          <w:b/>
          <w:i w:val="0"/>
          <w:color w:val="214FC6"/>
          <w:sz w:val="22"/>
        </w:rPr>
        <w:t>Activities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Pinehaven Programming Circle: reviewed peer exercises and helped prepare two beginner testing sessions.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rlito" w:hAnsi="Carlito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rlito" w:hAnsi="Carlito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rlito" w:hAnsi="Carlito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rlito" w:hAnsi="Carlito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1428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/>
      <w:b/>
      <w:bCs/>
      <w:color w:val="14283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/>
      <w:b/>
      <w:bCs/>
      <w:color w:val="1428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Carlito" w:hAnsi="Carlito"/>
      <w:color w:val="14283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Carlito" w:hAnsi="Carlito"/>
      <w:i/>
      <w:iCs/>
      <w:color w:val="1428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rlito" w:hAnsi="Carlito"/>
      <w:color w:val="14283F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Signal fictional example</dc:title>
  <dc:subject>Fictional resume example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