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0" w:after="60" w:line="605" w:lineRule="exact"/>
        <w:jc w:val="left"/>
      </w:pPr>
      <w:r>
        <w:rPr>
          <w:rFonts w:ascii="Carlito" w:hAnsi="Carlito"/>
          <w:b/>
          <w:i w:val="0"/>
          <w:color w:val="102A56"/>
          <w:sz w:val="54"/>
        </w:rPr>
        <w:t>[Your Name]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[City, State] | [Email] | [Phone]</w:t>
      </w:r>
    </w:p>
    <w:p>
      <w:pPr>
        <w:keepNext/>
        <w:keepLines/>
        <w:widowControl/>
        <w:spacing w:before="0" w:after="60" w:line="286" w:lineRule="exact"/>
        <w:jc w:val="left"/>
      </w:pPr>
      <w:r>
        <w:rPr>
          <w:rFonts w:ascii="Carlito" w:hAnsi="Carlito"/>
          <w:b w:val="0"/>
          <w:i w:val="0"/>
          <w:color w:val="214FC6"/>
          <w:sz w:val="24"/>
        </w:rPr>
        <w:t>[Your professional focus]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[Portfolio URL]</w:t>
      </w:r>
    </w:p>
    <w:p>
      <w:pPr>
        <w:pStyle w:val="Heading1"/>
        <w:keepNext/>
        <w:keepLines/>
        <w:widowControl/>
        <w:spacing w:before="220" w:after="80" w:line="262" w:lineRule="exact"/>
        <w:jc w:val="left"/>
      </w:pPr>
      <w:r>
        <w:rPr>
          <w:rFonts w:ascii="Carlito" w:hAnsi="Carlito"/>
          <w:b/>
          <w:i w:val="0"/>
          <w:color w:val="214FC6"/>
          <w:sz w:val="22"/>
        </w:rPr>
        <w:t>Education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[Degree or qualification] | [Institution]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[Graduation date or expected date]</w:t>
      </w:r>
    </w:p>
    <w:p>
      <w:pPr>
        <w:pStyle w:val="Heading1"/>
        <w:keepNext/>
        <w:keepLines/>
        <w:widowControl/>
        <w:spacing w:before="220" w:after="80" w:line="262" w:lineRule="exact"/>
        <w:jc w:val="left"/>
      </w:pPr>
      <w:r>
        <w:rPr>
          <w:rFonts w:ascii="Carlito" w:hAnsi="Carlito"/>
          <w:b/>
          <w:i w:val="0"/>
          <w:color w:val="214FC6"/>
          <w:sz w:val="22"/>
        </w:rPr>
        <w:t>Technical Skills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[Languages]: [Tools you can use]. [Platforms]: [Relevant tools]. [Practices]: [Methods you can explain].</w:t>
      </w:r>
    </w:p>
    <w:p>
      <w:pPr>
        <w:pStyle w:val="Heading1"/>
        <w:keepNext/>
        <w:keepLines/>
        <w:widowControl/>
        <w:spacing w:before="220" w:after="80" w:line="262" w:lineRule="exact"/>
        <w:jc w:val="left"/>
      </w:pPr>
      <w:r>
        <w:rPr>
          <w:rFonts w:ascii="Carlito" w:hAnsi="Carlito"/>
          <w:b/>
          <w:i w:val="0"/>
          <w:color w:val="214FC6"/>
          <w:sz w:val="22"/>
        </w:rPr>
        <w:t>Projects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[Project name] | [Context]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[Month Year] - [Month Year]</w:t>
      </w:r>
    </w:p>
    <w:p>
      <w:pPr>
        <w:keepNext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[Tools] | [Portfolio URL]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keepNext/>
        <w:keepLines/>
        <w:widowControl/>
        <w:spacing w:before="16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[Second project name] | [Context]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[Month Year] - [Month Year]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20" w:after="80" w:line="262" w:lineRule="exact"/>
        <w:jc w:val="left"/>
      </w:pPr>
      <w:r>
        <w:rPr>
          <w:rFonts w:ascii="Carlito" w:hAnsi="Carlito"/>
          <w:b/>
          <w:i w:val="0"/>
          <w:color w:val="214FC6"/>
          <w:sz w:val="22"/>
        </w:rPr>
        <w:t>Work Experience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[Month Year] - [Month Year or Present]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20" w:after="80" w:line="262" w:lineRule="exact"/>
        <w:jc w:val="left"/>
      </w:pPr>
      <w:r>
        <w:rPr>
          <w:rFonts w:ascii="Carlito" w:hAnsi="Carlito"/>
          <w:b/>
          <w:i w:val="0"/>
          <w:color w:val="214FC6"/>
          <w:sz w:val="22"/>
        </w:rPr>
        <w:t>Activities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[Relevant activity, dates and your specific contribution.]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rlito" w:hAnsi="Carlito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Carlito" w:hAnsi="Carlito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Carlito" w:hAnsi="Carlito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Carlito" w:hAnsi="Carlito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rlito" w:hAnsi="Carlito"/>
      <w:color w:val="1428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/>
      <w:b/>
      <w:bCs/>
      <w:color w:val="14283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/>
      <w:b/>
      <w:bCs/>
      <w:color w:val="14283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Carlito" w:hAnsi="Carlito"/>
      <w:color w:val="14283F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Carlito" w:hAnsi="Carlito"/>
      <w:i/>
      <w:iCs/>
      <w:color w:val="14283F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rlito" w:hAnsi="Carlito"/>
      <w:color w:val="14283F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Signal blank resume template</dc:title>
  <dc:subject>Editable resume starter with replacement prompts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